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6246" w14:textId="5979D36D" w:rsidR="00015A51" w:rsidRPr="0075038D" w:rsidRDefault="00015A51" w:rsidP="009257DE">
      <w:pPr>
        <w:pStyle w:val="Akapitzlist"/>
        <w:autoSpaceDE w:val="0"/>
        <w:autoSpaceDN w:val="0"/>
        <w:adjustRightInd w:val="0"/>
        <w:spacing w:after="0" w:line="245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1 – wzór Oferty </w:t>
      </w:r>
    </w:p>
    <w:p w14:paraId="05DE1217" w14:textId="455EF603" w:rsidR="00015A51" w:rsidRPr="0075038D" w:rsidRDefault="00015A51" w:rsidP="009257DE">
      <w:pPr>
        <w:pStyle w:val="Default"/>
        <w:spacing w:line="245" w:lineRule="auto"/>
        <w:contextualSpacing/>
        <w:rPr>
          <w:rFonts w:ascii="Times New Roman" w:hAnsi="Times New Roman" w:cs="Times New Roman"/>
          <w:color w:val="auto"/>
        </w:rPr>
      </w:pPr>
      <w:r w:rsidRPr="0075038D">
        <w:rPr>
          <w:rFonts w:ascii="Times New Roman" w:hAnsi="Times New Roman" w:cs="Times New Roman"/>
          <w:color w:val="auto"/>
        </w:rPr>
        <w:t>RGN.</w:t>
      </w:r>
      <w:r w:rsidR="00754600">
        <w:rPr>
          <w:rFonts w:ascii="Times New Roman" w:hAnsi="Times New Roman" w:cs="Times New Roman"/>
          <w:color w:val="auto"/>
        </w:rPr>
        <w:t>2600</w:t>
      </w:r>
      <w:r w:rsidRPr="0075038D">
        <w:rPr>
          <w:rFonts w:ascii="Times New Roman" w:hAnsi="Times New Roman" w:cs="Times New Roman"/>
          <w:color w:val="auto"/>
        </w:rPr>
        <w:t>.</w:t>
      </w:r>
      <w:r w:rsidR="00754600">
        <w:rPr>
          <w:rFonts w:ascii="Times New Roman" w:hAnsi="Times New Roman" w:cs="Times New Roman"/>
          <w:color w:val="auto"/>
        </w:rPr>
        <w:t>262.</w:t>
      </w:r>
      <w:r w:rsidRPr="0075038D">
        <w:rPr>
          <w:rFonts w:ascii="Times New Roman" w:hAnsi="Times New Roman" w:cs="Times New Roman"/>
          <w:color w:val="auto"/>
        </w:rPr>
        <w:t>202</w:t>
      </w:r>
      <w:r w:rsidR="00754600">
        <w:rPr>
          <w:rFonts w:ascii="Times New Roman" w:hAnsi="Times New Roman" w:cs="Times New Roman"/>
          <w:color w:val="auto"/>
        </w:rPr>
        <w:t>6</w:t>
      </w:r>
    </w:p>
    <w:p w14:paraId="3368BD2B" w14:textId="77777777" w:rsidR="00015A51" w:rsidRPr="0075038D" w:rsidRDefault="00015A51" w:rsidP="009257DE">
      <w:pPr>
        <w:spacing w:after="0" w:line="245" w:lineRule="auto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42DF908" w14:textId="77777777" w:rsidR="00015A51" w:rsidRPr="0075038D" w:rsidRDefault="00015A51" w:rsidP="009257DE">
      <w:pPr>
        <w:spacing w:after="0" w:line="245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b/>
          <w:sz w:val="24"/>
          <w:szCs w:val="24"/>
          <w:lang w:val="pl-PL"/>
        </w:rPr>
        <w:t>OFERTA</w:t>
      </w:r>
    </w:p>
    <w:p w14:paraId="02B77CA7" w14:textId="77777777" w:rsidR="00015A51" w:rsidRPr="0075038D" w:rsidRDefault="00015A51" w:rsidP="009257DE">
      <w:pPr>
        <w:spacing w:after="0" w:line="245" w:lineRule="auto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012A5DF" w14:textId="77777777" w:rsidR="00B94FDA" w:rsidRPr="0075038D" w:rsidRDefault="00B94FDA" w:rsidP="009257DE">
      <w:pPr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ab/>
        <w:t xml:space="preserve"> </w:t>
      </w:r>
    </w:p>
    <w:p w14:paraId="46724476" w14:textId="77777777" w:rsidR="00B94FDA" w:rsidRPr="0075038D" w:rsidRDefault="00B94FDA" w:rsidP="009257DE">
      <w:pPr>
        <w:spacing w:after="0" w:line="245" w:lineRule="auto"/>
        <w:ind w:firstLine="708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(nazwa Wykonawcy)</w:t>
      </w:r>
    </w:p>
    <w:p w14:paraId="28B944A6" w14:textId="77777777" w:rsidR="00B94FDA" w:rsidRPr="0075038D" w:rsidRDefault="00B94FDA" w:rsidP="009257DE">
      <w:pPr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ab/>
        <w:t xml:space="preserve"> </w:t>
      </w:r>
    </w:p>
    <w:p w14:paraId="668B6FB7" w14:textId="77777777" w:rsidR="00B94FDA" w:rsidRPr="0075038D" w:rsidRDefault="00B94FDA" w:rsidP="009257DE">
      <w:pPr>
        <w:spacing w:after="0" w:line="245" w:lineRule="auto"/>
        <w:ind w:firstLine="708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(adres Wykonawcy)</w:t>
      </w:r>
    </w:p>
    <w:p w14:paraId="0E49B067" w14:textId="77777777" w:rsidR="00B94FDA" w:rsidRPr="0075038D" w:rsidRDefault="00B94FDA" w:rsidP="009257DE">
      <w:pPr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ab/>
        <w:t xml:space="preserve"> </w:t>
      </w:r>
    </w:p>
    <w:p w14:paraId="3C0108A1" w14:textId="77777777" w:rsidR="00B94FDA" w:rsidRPr="0075038D" w:rsidRDefault="00B94FDA" w:rsidP="009257DE">
      <w:pPr>
        <w:spacing w:after="0" w:line="245" w:lineRule="auto"/>
        <w:ind w:firstLine="708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(NIP, REGON)</w:t>
      </w:r>
    </w:p>
    <w:p w14:paraId="0EB4DE96" w14:textId="77777777" w:rsidR="00B94FDA" w:rsidRPr="0075038D" w:rsidRDefault="00B94FDA" w:rsidP="009257DE">
      <w:pPr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ab/>
        <w:t xml:space="preserve"> </w:t>
      </w:r>
    </w:p>
    <w:p w14:paraId="4BCBC8A7" w14:textId="77777777" w:rsidR="00B94FDA" w:rsidRPr="0075038D" w:rsidRDefault="00B94FDA" w:rsidP="009257DE">
      <w:pPr>
        <w:spacing w:after="0" w:line="245" w:lineRule="auto"/>
        <w:ind w:firstLine="708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(telefon kontaktowy)</w:t>
      </w:r>
    </w:p>
    <w:p w14:paraId="63DD964B" w14:textId="77777777" w:rsidR="00B94FDA" w:rsidRPr="0075038D" w:rsidRDefault="00B94FDA" w:rsidP="009257DE">
      <w:pPr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ab/>
        <w:t xml:space="preserve"> </w:t>
      </w:r>
    </w:p>
    <w:p w14:paraId="46DB9D1A" w14:textId="77777777" w:rsidR="00B94FDA" w:rsidRPr="0075038D" w:rsidRDefault="00B94FDA" w:rsidP="009257DE">
      <w:pPr>
        <w:spacing w:after="0" w:line="245" w:lineRule="auto"/>
        <w:ind w:firstLine="708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(adres e-mail)</w:t>
      </w:r>
    </w:p>
    <w:p w14:paraId="7703863A" w14:textId="77777777" w:rsidR="00015A51" w:rsidRPr="0075038D" w:rsidRDefault="00015A51" w:rsidP="009257DE">
      <w:pPr>
        <w:spacing w:after="0" w:line="245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56261B72" w14:textId="177917C8" w:rsidR="00B94FDA" w:rsidRPr="0075038D" w:rsidRDefault="00B94FDA" w:rsidP="009257DE">
      <w:pPr>
        <w:shd w:val="clear" w:color="auto" w:fill="FFFFFF"/>
        <w:tabs>
          <w:tab w:val="left" w:leader="underscore" w:pos="9461"/>
        </w:tabs>
        <w:spacing w:after="0" w:line="245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  <w:lang w:val="pl-PL"/>
        </w:rPr>
      </w:pPr>
      <w:r w:rsidRPr="0075038D">
        <w:rPr>
          <w:rFonts w:ascii="Times New Roman" w:hAnsi="Times New Roman" w:cs="Times New Roman"/>
          <w:sz w:val="24"/>
          <w:szCs w:val="24"/>
          <w:lang w:val="pl-PL"/>
        </w:rPr>
        <w:t xml:space="preserve">W odpowiedzi na zapytanie ofertowe z dnia </w:t>
      </w:r>
      <w:r w:rsidR="00754600">
        <w:rPr>
          <w:rFonts w:ascii="Times New Roman" w:hAnsi="Times New Roman" w:cs="Times New Roman"/>
          <w:sz w:val="24"/>
          <w:szCs w:val="24"/>
          <w:lang w:val="pl-PL"/>
        </w:rPr>
        <w:t>09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754600">
        <w:rPr>
          <w:rFonts w:ascii="Times New Roman" w:hAnsi="Times New Roman" w:cs="Times New Roman"/>
          <w:sz w:val="24"/>
          <w:szCs w:val="24"/>
          <w:lang w:val="pl-PL"/>
        </w:rPr>
        <w:t>10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>.2026 roku, znak: RGN.</w:t>
      </w:r>
      <w:r w:rsidR="00754600">
        <w:rPr>
          <w:rFonts w:ascii="Times New Roman" w:hAnsi="Times New Roman" w:cs="Times New Roman"/>
          <w:sz w:val="24"/>
          <w:szCs w:val="24"/>
          <w:lang w:val="pl-PL"/>
        </w:rPr>
        <w:t>2600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754600">
        <w:rPr>
          <w:rFonts w:ascii="Times New Roman" w:hAnsi="Times New Roman" w:cs="Times New Roman"/>
          <w:sz w:val="24"/>
          <w:szCs w:val="24"/>
          <w:lang w:val="pl-PL"/>
        </w:rPr>
        <w:t>262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t>.202</w:t>
      </w:r>
      <w:r w:rsidR="00754600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75038D">
        <w:rPr>
          <w:rFonts w:ascii="Times New Roman" w:hAnsi="Times New Roman" w:cs="Times New Roman"/>
          <w:sz w:val="24"/>
          <w:szCs w:val="24"/>
          <w:lang w:val="pl-PL"/>
        </w:rPr>
        <w:br/>
        <w:t xml:space="preserve"> o wartości nieprzekraczającej 170.000 złotych netto </w:t>
      </w:r>
      <w:r w:rsidRPr="0075038D">
        <w:rPr>
          <w:rFonts w:ascii="Times New Roman" w:hAnsi="Times New Roman" w:cs="Times New Roman"/>
          <w:spacing w:val="-8"/>
          <w:sz w:val="24"/>
          <w:szCs w:val="24"/>
          <w:lang w:val="pl-PL"/>
        </w:rPr>
        <w:t xml:space="preserve">na: </w:t>
      </w:r>
      <w:r w:rsidRPr="0075038D">
        <w:rPr>
          <w:rFonts w:ascii="Times New Roman" w:hAnsi="Times New Roman" w:cs="Times New Roman"/>
          <w:b/>
          <w:bCs/>
          <w:spacing w:val="-3"/>
          <w:sz w:val="24"/>
          <w:szCs w:val="24"/>
          <w:lang w:val="pl-PL"/>
        </w:rPr>
        <w:t>„</w:t>
      </w:r>
      <w:r w:rsidR="00754600">
        <w:rPr>
          <w:rFonts w:ascii="Times New Roman" w:hAnsi="Times New Roman" w:cs="Times New Roman"/>
          <w:b/>
          <w:bCs/>
          <w:spacing w:val="-3"/>
          <w:sz w:val="24"/>
          <w:szCs w:val="24"/>
          <w:lang w:val="pl-PL"/>
        </w:rPr>
        <w:t>Modernizacja (przebudowa) drogi dojazdowej do gruntów rolnych w Muratynie</w:t>
      </w:r>
      <w:r w:rsidR="0075038D" w:rsidRPr="0075038D">
        <w:rPr>
          <w:rFonts w:ascii="Times New Roman" w:hAnsi="Times New Roman" w:cs="Times New Roman"/>
          <w:b/>
          <w:bCs/>
          <w:spacing w:val="-3"/>
          <w:sz w:val="24"/>
          <w:szCs w:val="24"/>
          <w:lang w:val="pl-PL"/>
        </w:rPr>
        <w:t>”</w:t>
      </w:r>
    </w:p>
    <w:p w14:paraId="17402A16" w14:textId="77777777" w:rsidR="0075038D" w:rsidRPr="0075038D" w:rsidRDefault="0075038D" w:rsidP="009257DE">
      <w:pPr>
        <w:shd w:val="clear" w:color="auto" w:fill="FFFFFF"/>
        <w:tabs>
          <w:tab w:val="left" w:leader="underscore" w:pos="9461"/>
        </w:tabs>
        <w:spacing w:after="0" w:line="245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  <w:lang w:val="pl-PL"/>
        </w:rPr>
      </w:pPr>
    </w:p>
    <w:p w14:paraId="0D892536" w14:textId="77777777" w:rsidR="00015A51" w:rsidRPr="007D48B8" w:rsidRDefault="00015A51" w:rsidP="009257DE">
      <w:pPr>
        <w:pStyle w:val="Default"/>
        <w:spacing w:line="245" w:lineRule="auto"/>
        <w:contextualSpacing/>
        <w:rPr>
          <w:rFonts w:ascii="Times New Roman" w:hAnsi="Times New Roman" w:cs="Times New Roman"/>
          <w:b/>
          <w:bCs/>
          <w:color w:val="auto"/>
        </w:rPr>
      </w:pPr>
    </w:p>
    <w:p w14:paraId="61653858" w14:textId="20B93013" w:rsidR="00015A51" w:rsidRPr="007D48B8" w:rsidRDefault="00015A51">
      <w:pPr>
        <w:pStyle w:val="Default"/>
        <w:numPr>
          <w:ilvl w:val="0"/>
          <w:numId w:val="34"/>
        </w:numPr>
        <w:spacing w:line="245" w:lineRule="auto"/>
        <w:ind w:left="360"/>
        <w:contextualSpacing/>
        <w:jc w:val="both"/>
        <w:rPr>
          <w:rFonts w:ascii="Times New Roman" w:hAnsi="Times New Roman" w:cs="Times New Roman"/>
          <w:b/>
          <w:bCs/>
          <w:color w:val="auto"/>
        </w:rPr>
      </w:pPr>
      <w:r w:rsidRPr="007D48B8">
        <w:rPr>
          <w:rFonts w:ascii="Times New Roman" w:hAnsi="Times New Roman" w:cs="Times New Roman"/>
          <w:b/>
          <w:bCs/>
          <w:color w:val="auto"/>
        </w:rPr>
        <w:t>Oferuję</w:t>
      </w:r>
      <w:r w:rsidRPr="007D48B8">
        <w:rPr>
          <w:rFonts w:ascii="Times New Roman" w:hAnsi="Times New Roman" w:cs="Times New Roman"/>
          <w:color w:val="auto"/>
        </w:rPr>
        <w:t xml:space="preserve"> wykonanie przedmiotu zamówienia za kwotę ……</w:t>
      </w:r>
      <w:proofErr w:type="gramStart"/>
      <w:r w:rsidRPr="007D48B8">
        <w:rPr>
          <w:rFonts w:ascii="Times New Roman" w:hAnsi="Times New Roman" w:cs="Times New Roman"/>
          <w:color w:val="auto"/>
        </w:rPr>
        <w:t>……</w:t>
      </w:r>
      <w:r w:rsidR="00D42243">
        <w:rPr>
          <w:rFonts w:ascii="Times New Roman" w:hAnsi="Times New Roman" w:cs="Times New Roman"/>
          <w:color w:val="auto"/>
        </w:rPr>
        <w:t>.</w:t>
      </w:r>
      <w:proofErr w:type="gramEnd"/>
      <w:r w:rsidR="00D42243">
        <w:rPr>
          <w:rFonts w:ascii="Times New Roman" w:hAnsi="Times New Roman" w:cs="Times New Roman"/>
          <w:color w:val="auto"/>
        </w:rPr>
        <w:t>.</w:t>
      </w:r>
      <w:r w:rsidRPr="007D48B8">
        <w:rPr>
          <w:rFonts w:ascii="Times New Roman" w:hAnsi="Times New Roman" w:cs="Times New Roman"/>
          <w:color w:val="auto"/>
        </w:rPr>
        <w:t xml:space="preserve">…………… złotych </w:t>
      </w:r>
      <w:r w:rsidR="00754600">
        <w:rPr>
          <w:rFonts w:ascii="Times New Roman" w:hAnsi="Times New Roman" w:cs="Times New Roman"/>
          <w:color w:val="auto"/>
        </w:rPr>
        <w:t>netto</w:t>
      </w:r>
      <w:r w:rsidRPr="007D48B8">
        <w:rPr>
          <w:rFonts w:ascii="Times New Roman" w:hAnsi="Times New Roman" w:cs="Times New Roman"/>
          <w:color w:val="auto"/>
        </w:rPr>
        <w:t>,</w:t>
      </w:r>
      <w:r w:rsidR="008B6A1D">
        <w:rPr>
          <w:rFonts w:ascii="Times New Roman" w:hAnsi="Times New Roman" w:cs="Times New Roman"/>
          <w:color w:val="auto"/>
        </w:rPr>
        <w:t xml:space="preserve"> </w:t>
      </w:r>
      <w:r w:rsidRPr="007D48B8">
        <w:rPr>
          <w:rFonts w:ascii="Times New Roman" w:hAnsi="Times New Roman" w:cs="Times New Roman"/>
          <w:color w:val="auto"/>
        </w:rPr>
        <w:t xml:space="preserve"> </w:t>
      </w:r>
      <w:r w:rsidR="00754600">
        <w:rPr>
          <w:rFonts w:ascii="Times New Roman" w:hAnsi="Times New Roman" w:cs="Times New Roman"/>
          <w:color w:val="auto"/>
        </w:rPr>
        <w:t xml:space="preserve">plus </w:t>
      </w:r>
      <w:r w:rsidRPr="007D48B8">
        <w:rPr>
          <w:rFonts w:ascii="Times New Roman" w:hAnsi="Times New Roman" w:cs="Times New Roman"/>
          <w:color w:val="auto"/>
        </w:rPr>
        <w:t>podatek VAT w wysokości: ……</w:t>
      </w:r>
      <w:r w:rsidR="00D42243">
        <w:rPr>
          <w:rFonts w:ascii="Times New Roman" w:hAnsi="Times New Roman" w:cs="Times New Roman"/>
          <w:color w:val="auto"/>
        </w:rPr>
        <w:t>…</w:t>
      </w:r>
      <w:r w:rsidRPr="007D48B8">
        <w:rPr>
          <w:rFonts w:ascii="Times New Roman" w:hAnsi="Times New Roman" w:cs="Times New Roman"/>
          <w:color w:val="auto"/>
        </w:rPr>
        <w:t xml:space="preserve">……. złotych, co stanowi wartość </w:t>
      </w:r>
      <w:r w:rsidR="00754600">
        <w:rPr>
          <w:rFonts w:ascii="Times New Roman" w:hAnsi="Times New Roman" w:cs="Times New Roman"/>
          <w:color w:val="auto"/>
        </w:rPr>
        <w:t>brutto: ……………... złotych (słownie: …………………………</w:t>
      </w:r>
      <w:proofErr w:type="gramStart"/>
      <w:r w:rsidR="00754600">
        <w:rPr>
          <w:rFonts w:ascii="Times New Roman" w:hAnsi="Times New Roman" w:cs="Times New Roman"/>
          <w:color w:val="auto"/>
        </w:rPr>
        <w:t>…</w:t>
      </w:r>
      <w:r w:rsidR="00D42243">
        <w:rPr>
          <w:rFonts w:ascii="Times New Roman" w:hAnsi="Times New Roman" w:cs="Times New Roman"/>
          <w:color w:val="auto"/>
        </w:rPr>
        <w:t>….</w:t>
      </w:r>
      <w:proofErr w:type="gramEnd"/>
      <w:r w:rsidR="00754600">
        <w:rPr>
          <w:rFonts w:ascii="Times New Roman" w:hAnsi="Times New Roman" w:cs="Times New Roman"/>
          <w:color w:val="auto"/>
        </w:rPr>
        <w:t>…………………………………………</w:t>
      </w:r>
      <w:proofErr w:type="gramStart"/>
      <w:r w:rsidR="00754600">
        <w:rPr>
          <w:rFonts w:ascii="Times New Roman" w:hAnsi="Times New Roman" w:cs="Times New Roman"/>
          <w:color w:val="auto"/>
        </w:rPr>
        <w:t>…….</w:t>
      </w:r>
      <w:proofErr w:type="gramEnd"/>
      <w:r w:rsidRPr="007D48B8">
        <w:rPr>
          <w:rFonts w:ascii="Times New Roman" w:hAnsi="Times New Roman" w:cs="Times New Roman"/>
          <w:color w:val="auto"/>
        </w:rPr>
        <w:t xml:space="preserve">… </w:t>
      </w:r>
      <w:r w:rsidR="00D42243">
        <w:rPr>
          <w:rFonts w:ascii="Times New Roman" w:hAnsi="Times New Roman" w:cs="Times New Roman"/>
          <w:color w:val="auto"/>
        </w:rPr>
        <w:t>……………………………………………………………………………………</w:t>
      </w:r>
      <w:proofErr w:type="gramStart"/>
      <w:r w:rsidR="00D42243">
        <w:rPr>
          <w:rFonts w:ascii="Times New Roman" w:hAnsi="Times New Roman" w:cs="Times New Roman"/>
          <w:color w:val="auto"/>
        </w:rPr>
        <w:t>…….</w:t>
      </w:r>
      <w:proofErr w:type="gramEnd"/>
      <w:r w:rsidRPr="007D48B8">
        <w:rPr>
          <w:rFonts w:ascii="Times New Roman" w:hAnsi="Times New Roman" w:cs="Times New Roman"/>
          <w:color w:val="auto"/>
        </w:rPr>
        <w:t>złotych</w:t>
      </w:r>
      <w:r w:rsidR="00754600">
        <w:rPr>
          <w:rFonts w:ascii="Times New Roman" w:hAnsi="Times New Roman" w:cs="Times New Roman"/>
          <w:color w:val="auto"/>
        </w:rPr>
        <w:t>)</w:t>
      </w:r>
      <w:r w:rsidRPr="007D48B8">
        <w:rPr>
          <w:rFonts w:ascii="Times New Roman" w:hAnsi="Times New Roman" w:cs="Times New Roman"/>
          <w:color w:val="auto"/>
        </w:rPr>
        <w:t xml:space="preserve">. </w:t>
      </w:r>
    </w:p>
    <w:p w14:paraId="113D7199" w14:textId="77777777" w:rsidR="00B94FDA" w:rsidRPr="007D48B8" w:rsidRDefault="00B94FDA" w:rsidP="008B6A1D">
      <w:pPr>
        <w:pStyle w:val="Default"/>
        <w:spacing w:line="245" w:lineRule="auto"/>
        <w:ind w:left="-360"/>
        <w:contextualSpacing/>
        <w:rPr>
          <w:rFonts w:ascii="Times New Roman" w:hAnsi="Times New Roman" w:cs="Times New Roman"/>
          <w:b/>
          <w:bCs/>
          <w:color w:val="auto"/>
        </w:rPr>
      </w:pPr>
    </w:p>
    <w:p w14:paraId="032F7CDC" w14:textId="77777777" w:rsidR="00015A51" w:rsidRPr="007D48B8" w:rsidRDefault="00015A51">
      <w:pPr>
        <w:pStyle w:val="Default"/>
        <w:numPr>
          <w:ilvl w:val="0"/>
          <w:numId w:val="34"/>
        </w:numPr>
        <w:spacing w:line="245" w:lineRule="auto"/>
        <w:ind w:left="360"/>
        <w:contextualSpacing/>
        <w:rPr>
          <w:rFonts w:ascii="Times New Roman" w:hAnsi="Times New Roman" w:cs="Times New Roman"/>
          <w:b/>
          <w:bCs/>
          <w:color w:val="auto"/>
        </w:rPr>
      </w:pPr>
      <w:r w:rsidRPr="007D48B8">
        <w:rPr>
          <w:rFonts w:ascii="Times New Roman" w:hAnsi="Times New Roman" w:cs="Times New Roman"/>
          <w:b/>
          <w:bCs/>
          <w:color w:val="auto"/>
        </w:rPr>
        <w:t xml:space="preserve">Oferuję </w:t>
      </w:r>
      <w:r w:rsidRPr="007D48B8">
        <w:rPr>
          <w:rFonts w:ascii="Times New Roman" w:hAnsi="Times New Roman" w:cs="Times New Roman"/>
          <w:color w:val="auto"/>
        </w:rPr>
        <w:t xml:space="preserve">wykonanie zamówienia zgodnie z wymogami określonymi w Zapytaniu Ofertowym: </w:t>
      </w:r>
    </w:p>
    <w:p w14:paraId="1B67D2CA" w14:textId="6CAD2D3C" w:rsidR="000A4C58" w:rsidRPr="007D48B8" w:rsidRDefault="00015A51">
      <w:pPr>
        <w:pStyle w:val="Default"/>
        <w:numPr>
          <w:ilvl w:val="0"/>
          <w:numId w:val="35"/>
        </w:numPr>
        <w:spacing w:line="245" w:lineRule="auto"/>
        <w:contextualSpacing/>
        <w:jc w:val="both"/>
        <w:rPr>
          <w:rFonts w:ascii="Times New Roman" w:hAnsi="Times New Roman" w:cs="Times New Roman"/>
          <w:color w:val="auto"/>
        </w:rPr>
      </w:pPr>
      <w:r w:rsidRPr="007D48B8">
        <w:rPr>
          <w:rFonts w:ascii="Times New Roman" w:hAnsi="Times New Roman" w:cs="Times New Roman"/>
          <w:color w:val="auto"/>
        </w:rPr>
        <w:t xml:space="preserve">inne warunki realizacji zamówienia </w:t>
      </w:r>
      <w:r w:rsidRPr="007D48B8">
        <w:rPr>
          <w:rFonts w:ascii="Times New Roman" w:hAnsi="Times New Roman" w:cs="Times New Roman"/>
          <w:i/>
          <w:iCs/>
          <w:color w:val="auto"/>
        </w:rPr>
        <w:t xml:space="preserve">(jeżeli dotyczy): </w:t>
      </w:r>
      <w:r w:rsidRPr="007D48B8">
        <w:rPr>
          <w:rFonts w:ascii="Times New Roman" w:hAnsi="Times New Roman" w:cs="Times New Roman"/>
          <w:color w:val="auto"/>
        </w:rPr>
        <w:t>………………………………</w:t>
      </w:r>
      <w:proofErr w:type="gramStart"/>
      <w:r w:rsidRPr="007D48B8">
        <w:rPr>
          <w:rFonts w:ascii="Times New Roman" w:hAnsi="Times New Roman" w:cs="Times New Roman"/>
          <w:color w:val="auto"/>
        </w:rPr>
        <w:t>…….</w:t>
      </w:r>
      <w:proofErr w:type="gramEnd"/>
      <w:r w:rsidRPr="007D48B8">
        <w:rPr>
          <w:rFonts w:ascii="Times New Roman" w:hAnsi="Times New Roman" w:cs="Times New Roman"/>
          <w:color w:val="auto"/>
        </w:rPr>
        <w:t xml:space="preserve">. </w:t>
      </w:r>
    </w:p>
    <w:p w14:paraId="32DD06F5" w14:textId="77777777" w:rsidR="000A4C58" w:rsidRPr="007D48B8" w:rsidRDefault="000A4C58" w:rsidP="008B6A1D">
      <w:pPr>
        <w:pStyle w:val="Default"/>
        <w:spacing w:line="245" w:lineRule="auto"/>
        <w:ind w:left="-360"/>
        <w:contextualSpacing/>
        <w:rPr>
          <w:rFonts w:ascii="Times New Roman" w:hAnsi="Times New Roman" w:cs="Times New Roman"/>
          <w:color w:val="auto"/>
        </w:rPr>
      </w:pPr>
    </w:p>
    <w:p w14:paraId="17FEED52" w14:textId="790E40E8" w:rsidR="000A4C58" w:rsidRPr="007D48B8" w:rsidRDefault="000A4C58" w:rsidP="00C73EA7">
      <w:pPr>
        <w:pStyle w:val="Default"/>
        <w:spacing w:line="245" w:lineRule="auto"/>
        <w:contextualSpacing/>
        <w:rPr>
          <w:rFonts w:ascii="Times New Roman" w:hAnsi="Times New Roman" w:cs="Times New Roman"/>
          <w:color w:val="auto"/>
        </w:rPr>
      </w:pPr>
      <w:r w:rsidRPr="007D48B8">
        <w:rPr>
          <w:rFonts w:ascii="Times New Roman" w:hAnsi="Times New Roman" w:cs="Times New Roman"/>
          <w:b/>
          <w:bCs/>
          <w:color w:val="FF0000"/>
        </w:rPr>
        <w:t>OŚWIADCZAM, ŻE:</w:t>
      </w:r>
    </w:p>
    <w:p w14:paraId="5CF59442" w14:textId="557007DD" w:rsidR="00C73EA7" w:rsidRPr="00C73EA7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lang w:val="pl-PL"/>
        </w:rPr>
        <w:t>Oświadczam, iż zapoznałem się z zapisami zawartymi w Zapytaniu ofertowym i nie wnoszę do</w:t>
      </w:r>
      <w:r w:rsidR="00D42243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7D48B8">
        <w:rPr>
          <w:rFonts w:ascii="Times New Roman" w:hAnsi="Times New Roman" w:cs="Times New Roman"/>
          <w:sz w:val="24"/>
          <w:szCs w:val="24"/>
          <w:lang w:val="pl-PL"/>
        </w:rPr>
        <w:t xml:space="preserve">niego zastrzeżeń oraz akceptuję warunki w nim zawarte. </w:t>
      </w:r>
    </w:p>
    <w:p w14:paraId="6A05C71F" w14:textId="77777777" w:rsidR="00C73EA7" w:rsidRPr="00C73EA7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73EA7">
        <w:rPr>
          <w:rFonts w:ascii="Times New Roman" w:hAnsi="Times New Roman" w:cs="Times New Roman"/>
          <w:sz w:val="24"/>
          <w:szCs w:val="24"/>
          <w:lang w:val="pl-PL"/>
        </w:rPr>
        <w:t>Oferowana cena zawiera wszystkie koszty związane z realizacją poszczególnych elementów przedmiotu zamówienia i realizacji przyszłego świadczenia umownego.</w:t>
      </w:r>
    </w:p>
    <w:p w14:paraId="104B14DF" w14:textId="523F0294" w:rsidR="00C73EA7" w:rsidRPr="00C73EA7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73EA7">
        <w:rPr>
          <w:rFonts w:ascii="Times New Roman" w:hAnsi="Times New Roman" w:cs="Times New Roman"/>
          <w:sz w:val="24"/>
          <w:szCs w:val="24"/>
          <w:lang w:val="pl-PL"/>
        </w:rPr>
        <w:t>Wypełniłem obowiązki informacyjne przewidziane w przepisach RODO wobec osób fizycznych, od których dane osobowe bezpośrednio lub pośrednio pozyskaliśmy w celu złożenia oferty w</w:t>
      </w:r>
      <w:r w:rsidR="00D42243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C73EA7">
        <w:rPr>
          <w:rFonts w:ascii="Times New Roman" w:hAnsi="Times New Roman" w:cs="Times New Roman"/>
          <w:sz w:val="24"/>
          <w:szCs w:val="24"/>
          <w:lang w:val="pl-PL"/>
        </w:rPr>
        <w:t>postępowaniu.</w:t>
      </w:r>
    </w:p>
    <w:p w14:paraId="74FB2F6C" w14:textId="2F805332" w:rsidR="00D42243" w:rsidRPr="00D42243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73EA7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POSIADAM</w:t>
      </w:r>
      <w:r w:rsidR="00D4224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</w:t>
      </w:r>
      <w:r w:rsidRPr="00C73EA7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/ NIE POSIADAM </w:t>
      </w:r>
      <w:r w:rsidRPr="00D42243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  <w:lang w:val="pl-PL"/>
        </w:rPr>
        <w:t>(</w:t>
      </w:r>
      <w:r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niewłaściwe przekreślić)</w:t>
      </w:r>
      <w:r w:rsidRPr="00D42243">
        <w:rPr>
          <w:rFonts w:ascii="Times New Roman" w:hAnsi="Times New Roman" w:cs="Times New Roman"/>
          <w:color w:val="0070C0"/>
          <w:sz w:val="24"/>
          <w:szCs w:val="24"/>
          <w:lang w:val="pl-PL"/>
        </w:rPr>
        <w:t xml:space="preserve"> </w:t>
      </w:r>
      <w:r w:rsidRPr="00C73EA7">
        <w:rPr>
          <w:rFonts w:ascii="Times New Roman" w:hAnsi="Times New Roman" w:cs="Times New Roman"/>
          <w:sz w:val="24"/>
          <w:szCs w:val="24"/>
          <w:lang w:val="pl-PL"/>
        </w:rPr>
        <w:t>wiedzę i doświadczenie/a realizacji przedmiotu zamówienia o podobnym charakterze.</w:t>
      </w:r>
    </w:p>
    <w:p w14:paraId="3D4EA2D0" w14:textId="334A489A" w:rsidR="00D42243" w:rsidRDefault="00D42243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DYSPONUJĘ / </w:t>
      </w:r>
      <w:r w:rsidRPr="00C73EA7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NIE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DYSPONUJĘ </w:t>
      </w:r>
      <w:r w:rsidRPr="00D42243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  <w:lang w:val="pl-PL"/>
        </w:rPr>
        <w:t>(</w:t>
      </w:r>
      <w:r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niewłaściwe przekreślić)</w:t>
      </w:r>
      <w:r w:rsidRPr="00D42243">
        <w:rPr>
          <w:rFonts w:ascii="Times New Roman" w:hAnsi="Times New Roman" w:cs="Times New Roman"/>
          <w:color w:val="0070C0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osobami posiadającymi wymagane kwalifikacje, uprawnienia lub doświadczenie do wykonywania prac wynikających z przedmiotu zamówienia</w:t>
      </w:r>
      <w:r w:rsidRPr="00C73EA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C73EA7">
        <w:rPr>
          <w:rFonts w:ascii="Times New Roman" w:hAnsi="Times New Roman" w:cs="Times New Roman"/>
          <w:kern w:val="2"/>
          <w:sz w:val="24"/>
          <w:szCs w:val="24"/>
          <w:lang w:val="pl-PL"/>
          <w14:ligatures w14:val="standardContextual"/>
        </w:rPr>
        <w:t xml:space="preserve"> </w:t>
      </w:r>
      <w:r w:rsidRPr="00C73EA7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 xml:space="preserve">       </w:t>
      </w:r>
    </w:p>
    <w:p w14:paraId="6BD53D29" w14:textId="10663D69" w:rsidR="00C73EA7" w:rsidRPr="00D42243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D4224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SPEŁNIAM / NIE SPEŁNIAM</w:t>
      </w:r>
      <w:r w:rsidRPr="00D42243">
        <w:rPr>
          <w:rFonts w:ascii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r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(niewłaściwe przekreślić)</w:t>
      </w:r>
      <w:r w:rsidRPr="00D42243">
        <w:rPr>
          <w:rFonts w:ascii="Times New Roman" w:hAnsi="Times New Roman" w:cs="Times New Roman"/>
          <w:color w:val="0070C0"/>
          <w:sz w:val="24"/>
          <w:szCs w:val="24"/>
          <w:lang w:val="pl-PL"/>
        </w:rPr>
        <w:t xml:space="preserve"> </w:t>
      </w:r>
      <w:r w:rsidRPr="00D42243">
        <w:rPr>
          <w:rFonts w:ascii="Times New Roman" w:hAnsi="Times New Roman" w:cs="Times New Roman"/>
          <w:sz w:val="24"/>
          <w:szCs w:val="24"/>
          <w:lang w:val="pl-PL"/>
        </w:rPr>
        <w:t>warunki udziału w postępowaniu określonych przez Zamawiającego w treści Zapytania Ofertowego poprzez dysponowanie potencjałem technicznym</w:t>
      </w:r>
      <w:r w:rsidR="00CB4A4B" w:rsidRPr="00D42243">
        <w:rPr>
          <w:rFonts w:ascii="Times New Roman" w:hAnsi="Times New Roman" w:cs="Times New Roman"/>
          <w:sz w:val="24"/>
          <w:szCs w:val="24"/>
          <w:lang w:val="pl-PL"/>
        </w:rPr>
        <w:t xml:space="preserve"> / zawodowym</w:t>
      </w:r>
      <w:r w:rsidRPr="00D42243">
        <w:rPr>
          <w:rFonts w:ascii="Times New Roman" w:hAnsi="Times New Roman" w:cs="Times New Roman"/>
          <w:sz w:val="24"/>
          <w:szCs w:val="24"/>
          <w:lang w:val="pl-PL"/>
        </w:rPr>
        <w:t xml:space="preserve"> oraz finansowym niezbędnym do realizacji zamówienia. </w:t>
      </w:r>
    </w:p>
    <w:p w14:paraId="441AB62F" w14:textId="4E3CA7D0" w:rsidR="00C73EA7" w:rsidRPr="00C73EA7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73EA7">
        <w:rPr>
          <w:rFonts w:ascii="Times New Roman" w:hAnsi="Times New Roman" w:cs="Times New Roman"/>
          <w:b/>
          <w:color w:val="FF0000"/>
          <w:sz w:val="24"/>
          <w:szCs w:val="24"/>
          <w:lang w:val="pl-PL"/>
        </w:rPr>
        <w:t xml:space="preserve">NIE ZACHODZI / ZACHODZI </w:t>
      </w:r>
      <w:r w:rsidRPr="00D42243">
        <w:rPr>
          <w:rFonts w:ascii="Times New Roman" w:hAnsi="Times New Roman" w:cs="Times New Roman"/>
          <w:bCs/>
          <w:i/>
          <w:iCs/>
          <w:color w:val="0070C0"/>
          <w:sz w:val="24"/>
          <w:szCs w:val="24"/>
          <w:lang w:val="pl-PL"/>
        </w:rPr>
        <w:t>(niewłaściwe przekreślić)</w:t>
      </w:r>
      <w:r w:rsidRPr="00D42243">
        <w:rPr>
          <w:rFonts w:ascii="Times New Roman" w:hAnsi="Times New Roman" w:cs="Times New Roman"/>
          <w:bCs/>
          <w:color w:val="0070C0"/>
          <w:sz w:val="24"/>
          <w:szCs w:val="24"/>
          <w:lang w:val="pl-PL"/>
        </w:rPr>
        <w:t xml:space="preserve"> </w:t>
      </w:r>
      <w:r w:rsidRPr="00C73EA7">
        <w:rPr>
          <w:rFonts w:ascii="Times New Roman" w:hAnsi="Times New Roman" w:cs="Times New Roman"/>
          <w:bCs/>
          <w:sz w:val="24"/>
          <w:szCs w:val="24"/>
          <w:lang w:val="pl-PL"/>
        </w:rPr>
        <w:t>wobec mnie podstawa wykluczenia z</w:t>
      </w:r>
      <w:r w:rsidR="00D4224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C73EA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procedury, o której mowa w </w:t>
      </w:r>
      <w:r w:rsidRPr="006B5C75">
        <w:rPr>
          <w:rFonts w:ascii="Times New Roman" w:hAnsi="Times New Roman" w:cs="Times New Roman"/>
          <w:bCs/>
          <w:sz w:val="24"/>
          <w:szCs w:val="24"/>
          <w:lang w:val="pl-PL"/>
        </w:rPr>
        <w:t>Części VI Zapytania</w:t>
      </w:r>
      <w:r w:rsidRPr="00C73EA7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 Ofertowego – Oświadczenie Wykonawcy </w:t>
      </w:r>
      <w:r w:rsidRPr="00C73EA7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o</w:t>
      </w:r>
      <w:r w:rsidR="00D42243">
        <w:rPr>
          <w:rFonts w:ascii="Times New Roman" w:hAnsi="Times New Roman" w:cs="Times New Roman"/>
          <w:bCs/>
          <w:sz w:val="24"/>
          <w:szCs w:val="24"/>
          <w:lang w:val="pl-PL"/>
        </w:rPr>
        <w:t> </w:t>
      </w:r>
      <w:r w:rsidRPr="00C73EA7">
        <w:rPr>
          <w:rFonts w:ascii="Times New Roman" w:hAnsi="Times New Roman" w:cs="Times New Roman"/>
          <w:bCs/>
          <w:sz w:val="24"/>
          <w:szCs w:val="24"/>
          <w:lang w:val="pl-PL"/>
        </w:rPr>
        <w:t>braku powiązań z Zamawiającym, tj. nie występują pomiędzy Zamawiającym, a Wykonawcą powiązania kapitałowe lub osobowe. Jeśli zaistnieją</w:t>
      </w:r>
      <w:r w:rsidRPr="00C73EA7">
        <w:rPr>
          <w:rFonts w:ascii="Times New Roman" w:hAnsi="Times New Roman" w:cs="Times New Roman"/>
          <w:sz w:val="24"/>
          <w:szCs w:val="24"/>
          <w:lang w:val="pl-PL"/>
        </w:rPr>
        <w:t xml:space="preserve"> takie okoliczności w trakcie trwania procedury zamówienia, zobowiązuję się niezwłocznie powiadomić o tym Zamawiającego</w:t>
      </w:r>
      <w:r w:rsidRPr="007D48B8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1"/>
      </w:r>
    </w:p>
    <w:p w14:paraId="568F2E4E" w14:textId="77777777" w:rsidR="00C73EA7" w:rsidRPr="00D42243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73EA7">
        <w:rPr>
          <w:rFonts w:ascii="Times New Roman" w:hAnsi="Times New Roman" w:cs="Times New Roman"/>
          <w:sz w:val="24"/>
          <w:szCs w:val="24"/>
          <w:lang w:val="pl-PL"/>
        </w:rPr>
        <w:t>Oświadczam</w:t>
      </w:r>
      <w:r w:rsidRPr="007D48B8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2"/>
      </w:r>
      <w:r w:rsidRPr="00C73EA7">
        <w:rPr>
          <w:rFonts w:ascii="Times New Roman" w:hAnsi="Times New Roman" w:cs="Times New Roman"/>
          <w:sz w:val="24"/>
          <w:szCs w:val="24"/>
          <w:lang w:val="pl-PL"/>
        </w:rPr>
        <w:t>, że jako członek konsorcjum ……………………………..........................……. w skład, którego wchodzą ……………</w:t>
      </w:r>
      <w:proofErr w:type="gramStart"/>
      <w:r w:rsidRPr="00C73EA7">
        <w:rPr>
          <w:rFonts w:ascii="Times New Roman" w:hAnsi="Times New Roman" w:cs="Times New Roman"/>
          <w:sz w:val="24"/>
          <w:szCs w:val="24"/>
          <w:lang w:val="pl-PL"/>
        </w:rPr>
        <w:t>…….</w:t>
      </w:r>
      <w:proofErr w:type="gramEnd"/>
      <w:r w:rsidRPr="00C73EA7">
        <w:rPr>
          <w:rFonts w:ascii="Times New Roman" w:hAnsi="Times New Roman" w:cs="Times New Roman"/>
          <w:sz w:val="24"/>
          <w:szCs w:val="24"/>
          <w:lang w:val="pl-PL"/>
        </w:rPr>
        <w:t>………………………………</w:t>
      </w:r>
      <w:proofErr w:type="gramStart"/>
      <w:r w:rsidRPr="00C73EA7">
        <w:rPr>
          <w:rFonts w:ascii="Times New Roman" w:hAnsi="Times New Roman" w:cs="Times New Roman"/>
          <w:sz w:val="24"/>
          <w:szCs w:val="24"/>
          <w:lang w:val="pl-PL"/>
        </w:rPr>
        <w:t>…….</w:t>
      </w:r>
      <w:proofErr w:type="gramEnd"/>
      <w:r w:rsidRPr="00C73EA7">
        <w:rPr>
          <w:rFonts w:ascii="Times New Roman" w:hAnsi="Times New Roman" w:cs="Times New Roman"/>
          <w:sz w:val="24"/>
          <w:szCs w:val="24"/>
          <w:lang w:val="pl-PL"/>
        </w:rPr>
        <w:t>.……… ponosić będziemy odpowiedzialność solidarną z pozostałymi członkami konsorcjum z tytułu udziału w procedurze i realizacji zamówienia zgodnie z Zapytaniem Ofertowym.</w:t>
      </w:r>
    </w:p>
    <w:p w14:paraId="5007597F" w14:textId="059179D0" w:rsidR="00D42243" w:rsidRPr="00C73EA7" w:rsidRDefault="00D42243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iż zamierzam </w:t>
      </w:r>
      <w:r w:rsidR="0055417D">
        <w:rPr>
          <w:rFonts w:ascii="Times New Roman" w:hAnsi="Times New Roman" w:cs="Times New Roman"/>
          <w:sz w:val="24"/>
          <w:szCs w:val="24"/>
          <w:lang w:val="pl-PL"/>
        </w:rPr>
        <w:t>powierzyć następującemu podwykonawcy: …………………………. …………………………………………….. (nazwa podwykonawcy (</w:t>
      </w:r>
      <w:r w:rsidR="0055417D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jeżeli na etapie składania oferty jest znany) </w:t>
      </w:r>
      <w:r w:rsidR="0055417D">
        <w:rPr>
          <w:rFonts w:ascii="Times New Roman" w:hAnsi="Times New Roman" w:cs="Times New Roman"/>
          <w:sz w:val="24"/>
          <w:szCs w:val="24"/>
          <w:lang w:val="pl-PL"/>
        </w:rPr>
        <w:t>następujące części robót: …………………………………………………</w:t>
      </w:r>
      <w:proofErr w:type="gramStart"/>
      <w:r w:rsidR="0055417D">
        <w:rPr>
          <w:rFonts w:ascii="Times New Roman" w:hAnsi="Times New Roman" w:cs="Times New Roman"/>
          <w:sz w:val="24"/>
          <w:szCs w:val="24"/>
          <w:lang w:val="pl-PL"/>
        </w:rPr>
        <w:t>…….</w:t>
      </w:r>
      <w:proofErr w:type="gramEnd"/>
      <w:r w:rsidR="0055417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E17A6D7" w14:textId="1CF2BAFD" w:rsidR="0045054C" w:rsidRPr="0045054C" w:rsidRDefault="000A4C58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73EA7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NIE PODLEGAM</w:t>
      </w:r>
      <w:r w:rsidRPr="00C73EA7">
        <w:rPr>
          <w:rFonts w:ascii="Times New Roman" w:hAnsi="Times New Roman" w:cs="Times New Roman"/>
          <w:color w:val="FF0000"/>
          <w:sz w:val="24"/>
          <w:szCs w:val="24"/>
          <w:lang w:val="pl-PL"/>
        </w:rPr>
        <w:t xml:space="preserve"> / </w:t>
      </w:r>
      <w:r w:rsidRPr="00C73EA7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PODLEGAM </w:t>
      </w:r>
      <w:r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(niewłaściwe przekreślić)</w:t>
      </w:r>
      <w:r w:rsidRPr="00D42243">
        <w:rPr>
          <w:rFonts w:ascii="Times New Roman" w:hAnsi="Times New Roman" w:cs="Times New Roman"/>
          <w:color w:val="0070C0"/>
          <w:sz w:val="24"/>
          <w:szCs w:val="24"/>
          <w:lang w:val="pl-PL"/>
        </w:rPr>
        <w:t xml:space="preserve">  </w:t>
      </w:r>
      <w:r w:rsidRPr="00C73EA7">
        <w:rPr>
          <w:rFonts w:ascii="Times New Roman" w:hAnsi="Times New Roman" w:cs="Times New Roman"/>
          <w:sz w:val="24"/>
          <w:szCs w:val="24"/>
          <w:lang w:val="pl-PL"/>
        </w:rPr>
        <w:t xml:space="preserve">wykluczeniu na podstawie art. 7, ust. 1 ustawy z dnia 13 kwietnia 2022 r., o szczególnych rozwiązaniach w zakresie </w:t>
      </w:r>
      <w:r w:rsidRPr="006B5C75">
        <w:rPr>
          <w:rFonts w:ascii="Times New Roman" w:hAnsi="Times New Roman" w:cs="Times New Roman"/>
          <w:sz w:val="24"/>
          <w:szCs w:val="24"/>
          <w:lang w:val="pl-PL"/>
        </w:rPr>
        <w:t>przeciwdziałania wspieraniu agresji na Ukrainę oraz służących ochronie bezpieczeństwa narodowego (Część VI Zapytania Ofertowego).</w:t>
      </w:r>
      <w:r w:rsidRPr="00C73EA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D0C5B15" w14:textId="69046DEB" w:rsidR="0045054C" w:rsidRPr="0045054C" w:rsidRDefault="00015A51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45054C">
        <w:rPr>
          <w:rFonts w:ascii="Times New Roman" w:hAnsi="Times New Roman" w:cs="Times New Roman"/>
          <w:sz w:val="24"/>
          <w:szCs w:val="24"/>
          <w:lang w:val="pl-PL"/>
        </w:rPr>
        <w:t xml:space="preserve">Oświadczam, iż </w:t>
      </w:r>
      <w:r w:rsidR="0045054C" w:rsidRPr="0045054C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POSIADAM</w:t>
      </w:r>
      <w:r w:rsidR="00D42243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</w:t>
      </w:r>
      <w:r w:rsidR="0045054C" w:rsidRPr="0045054C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/ NIE POSIADAM </w:t>
      </w:r>
      <w:r w:rsidR="0045054C" w:rsidRPr="00D42243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  <w:lang w:val="pl-PL"/>
        </w:rPr>
        <w:t>(</w:t>
      </w:r>
      <w:r w:rsidR="0045054C"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niewłaściwe przekreślić)</w:t>
      </w:r>
      <w:r w:rsidR="0045054C" w:rsidRPr="00D42243">
        <w:rPr>
          <w:rFonts w:ascii="Times New Roman" w:hAnsi="Times New Roman" w:cs="Times New Roman"/>
          <w:color w:val="0070C0"/>
          <w:sz w:val="24"/>
          <w:szCs w:val="24"/>
          <w:lang w:val="pl-PL"/>
        </w:rPr>
        <w:t xml:space="preserve"> </w:t>
      </w:r>
      <w:r w:rsidRPr="0045054C">
        <w:rPr>
          <w:rFonts w:ascii="Times New Roman" w:hAnsi="Times New Roman" w:cs="Times New Roman"/>
          <w:sz w:val="24"/>
          <w:szCs w:val="24"/>
          <w:lang w:val="pl-PL"/>
        </w:rPr>
        <w:t>zdolność do występowania w obrocie gospodarczym;</w:t>
      </w:r>
    </w:p>
    <w:p w14:paraId="52C35FD8" w14:textId="77777777" w:rsidR="0045054C" w:rsidRPr="0045054C" w:rsidRDefault="00015A51">
      <w:pPr>
        <w:pStyle w:val="Tekstpodstawowy"/>
        <w:numPr>
          <w:ilvl w:val="0"/>
          <w:numId w:val="36"/>
        </w:numPr>
        <w:spacing w:after="0" w:line="245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45054C">
        <w:rPr>
          <w:rFonts w:ascii="Times New Roman" w:hAnsi="Times New Roman" w:cs="Times New Roman"/>
          <w:sz w:val="24"/>
          <w:szCs w:val="24"/>
          <w:lang w:val="pl-PL"/>
        </w:rPr>
        <w:t xml:space="preserve">Oświadczam, iż </w:t>
      </w:r>
      <w:r w:rsidRPr="0045054C">
        <w:rPr>
          <w:rFonts w:ascii="Times New Roman" w:hAnsi="Times New Roman" w:cs="Times New Roman"/>
          <w:b/>
          <w:bCs/>
          <w:color w:val="EE0000"/>
          <w:sz w:val="24"/>
          <w:szCs w:val="24"/>
          <w:lang w:val="pl-PL"/>
        </w:rPr>
        <w:t>POSIADAM / NIE POSIADAM / NIE DOTYCZY</w:t>
      </w:r>
      <w:r w:rsidRPr="0045054C">
        <w:rPr>
          <w:rFonts w:ascii="Times New Roman" w:hAnsi="Times New Roman" w:cs="Times New Roman"/>
          <w:color w:val="EE0000"/>
          <w:sz w:val="24"/>
          <w:szCs w:val="24"/>
          <w:lang w:val="pl-PL"/>
        </w:rPr>
        <w:t xml:space="preserve"> </w:t>
      </w:r>
      <w:r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(niewłaściwe przekreślić)</w:t>
      </w:r>
      <w:r w:rsidRPr="00D42243">
        <w:rPr>
          <w:rFonts w:ascii="Times New Roman" w:hAnsi="Times New Roman" w:cs="Times New Roman"/>
          <w:color w:val="0070C0"/>
          <w:sz w:val="24"/>
          <w:szCs w:val="24"/>
          <w:lang w:val="pl-PL"/>
        </w:rPr>
        <w:t xml:space="preserve"> </w:t>
      </w:r>
      <w:r w:rsidRPr="0045054C">
        <w:rPr>
          <w:rFonts w:ascii="Times New Roman" w:hAnsi="Times New Roman" w:cs="Times New Roman"/>
          <w:sz w:val="24"/>
          <w:szCs w:val="24"/>
          <w:lang w:val="pl-PL"/>
        </w:rPr>
        <w:t>uprawnienia do prowadzenia określonej działalności gospodarczej lub zawodowej, o ile wynika to z odrębnych przepisów;</w:t>
      </w:r>
    </w:p>
    <w:p w14:paraId="49A0DFE8" w14:textId="77777777" w:rsidR="0045054C" w:rsidRDefault="0045054C" w:rsidP="0045054C">
      <w:pPr>
        <w:pStyle w:val="Tekstpodstawowy"/>
        <w:spacing w:after="0" w:line="245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0727CD8" w14:textId="77777777" w:rsidR="0045054C" w:rsidRDefault="00B94FDA" w:rsidP="0045054C">
      <w:pPr>
        <w:pStyle w:val="Tekstpodstawowy"/>
        <w:spacing w:after="0" w:line="245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5054C">
        <w:rPr>
          <w:rFonts w:ascii="Times New Roman" w:hAnsi="Times New Roman" w:cs="Times New Roman"/>
          <w:sz w:val="24"/>
          <w:szCs w:val="24"/>
          <w:lang w:val="pl-PL"/>
        </w:rPr>
        <w:t xml:space="preserve">Oświadczamy, że wszystkie informacje podane w powyższych oświadczeniach są aktualne i zgodne z prawdą oraz zostały przedstawione z pełną świadomością konsekwencji wprowadzenia Zamawiającego w błąd przy przedstawianiu informacji. </w:t>
      </w:r>
    </w:p>
    <w:p w14:paraId="0CC51DA7" w14:textId="0236EEC4" w:rsidR="00B94FDA" w:rsidRPr="0045054C" w:rsidRDefault="00B94FDA" w:rsidP="0045054C">
      <w:pPr>
        <w:pStyle w:val="Tekstpodstawowy"/>
        <w:spacing w:after="0" w:line="245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8B6A1D">
        <w:rPr>
          <w:rFonts w:ascii="Times New Roman" w:hAnsi="Times New Roman" w:cs="Times New Roman"/>
          <w:sz w:val="24"/>
          <w:szCs w:val="24"/>
          <w:lang w:val="pl-PL"/>
        </w:rPr>
        <w:t xml:space="preserve">Prawdziwość powyższych danych potwierdzam własnoręcznym podpisem świadomy odpowiedzialności karnej z art. 233§1 kodeksu karnego. </w:t>
      </w:r>
    </w:p>
    <w:p w14:paraId="010F3643" w14:textId="77777777" w:rsidR="00B94FDA" w:rsidRPr="007D48B8" w:rsidRDefault="00B94FDA" w:rsidP="009257DE">
      <w:pPr>
        <w:pStyle w:val="Tekstpodstawowy"/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3FA14A5C" w14:textId="77777777" w:rsidR="00B94FDA" w:rsidRPr="007D48B8" w:rsidRDefault="00B94FDA" w:rsidP="009257DE">
      <w:pPr>
        <w:pStyle w:val="Tekstpodstawowy"/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lang w:val="pl-PL"/>
        </w:rPr>
        <w:t>Załączniki:</w:t>
      </w:r>
    </w:p>
    <w:p w14:paraId="29AE70BC" w14:textId="77777777" w:rsidR="00B94FDA" w:rsidRPr="007D48B8" w:rsidRDefault="00B94FDA">
      <w:pPr>
        <w:pStyle w:val="Tekstpodstawowy"/>
        <w:numPr>
          <w:ilvl w:val="0"/>
          <w:numId w:val="10"/>
        </w:numPr>
        <w:spacing w:after="0" w:line="245" w:lineRule="auto"/>
        <w:ind w:left="567" w:hanging="567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</w:t>
      </w:r>
    </w:p>
    <w:p w14:paraId="24279BEA" w14:textId="77777777" w:rsidR="00B94FDA" w:rsidRPr="007D48B8" w:rsidRDefault="00B94FDA">
      <w:pPr>
        <w:pStyle w:val="Tekstpodstawowy"/>
        <w:numPr>
          <w:ilvl w:val="0"/>
          <w:numId w:val="10"/>
        </w:numPr>
        <w:spacing w:after="0" w:line="245" w:lineRule="auto"/>
        <w:ind w:left="567" w:hanging="567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</w:t>
      </w:r>
    </w:p>
    <w:p w14:paraId="1E951BA7" w14:textId="77777777" w:rsidR="00B94FDA" w:rsidRPr="007D48B8" w:rsidRDefault="00B94FDA">
      <w:pPr>
        <w:pStyle w:val="Tekstpodstawowy"/>
        <w:numPr>
          <w:ilvl w:val="0"/>
          <w:numId w:val="10"/>
        </w:numPr>
        <w:spacing w:after="0" w:line="245" w:lineRule="auto"/>
        <w:ind w:left="567" w:hanging="567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</w:t>
      </w:r>
    </w:p>
    <w:p w14:paraId="59529F9F" w14:textId="77777777" w:rsidR="00B94FDA" w:rsidRDefault="00B94FDA" w:rsidP="009257DE">
      <w:pPr>
        <w:pStyle w:val="Tekstpodstawowy"/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017FFA6A" w14:textId="77777777" w:rsidR="0045054C" w:rsidRDefault="0045054C" w:rsidP="009257DE">
      <w:pPr>
        <w:pStyle w:val="Tekstpodstawowy"/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61C00038" w14:textId="77777777" w:rsidR="0045054C" w:rsidRPr="007D48B8" w:rsidRDefault="0045054C" w:rsidP="009257DE">
      <w:pPr>
        <w:pStyle w:val="Tekstpodstawowy"/>
        <w:spacing w:after="0" w:line="245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09665018" w14:textId="77777777" w:rsidR="00B94FDA" w:rsidRPr="007D48B8" w:rsidRDefault="00B94FDA" w:rsidP="009257DE">
      <w:pPr>
        <w:spacing w:after="0" w:line="245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………………………………………………….</w:t>
      </w:r>
    </w:p>
    <w:p w14:paraId="351B4E09" w14:textId="77777777" w:rsidR="00B94FDA" w:rsidRPr="007D48B8" w:rsidRDefault="00B94FDA" w:rsidP="009257DE">
      <w:pPr>
        <w:spacing w:after="0" w:line="245" w:lineRule="auto"/>
        <w:contextualSpacing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miejscowość, data</w:t>
      </w:r>
    </w:p>
    <w:p w14:paraId="738D7447" w14:textId="77777777" w:rsidR="00B94FDA" w:rsidRPr="007D48B8" w:rsidRDefault="00B94FDA" w:rsidP="0045054C">
      <w:pPr>
        <w:spacing w:after="0" w:line="245" w:lineRule="auto"/>
        <w:ind w:left="4320"/>
        <w:contextualSpacing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…………………………………………….</w:t>
      </w:r>
    </w:p>
    <w:p w14:paraId="1031B858" w14:textId="1DD5493D" w:rsidR="0045054C" w:rsidRDefault="00B94FDA" w:rsidP="0045054C">
      <w:pPr>
        <w:spacing w:after="0" w:line="245" w:lineRule="auto"/>
        <w:ind w:left="4320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pieczęć i podpis osób/osoby upoważnionej do składania</w:t>
      </w:r>
    </w:p>
    <w:p w14:paraId="14B2ACCD" w14:textId="1A675FB6" w:rsidR="00B94FDA" w:rsidRPr="007D48B8" w:rsidRDefault="00B94FDA" w:rsidP="0045054C">
      <w:pPr>
        <w:spacing w:after="0" w:line="245" w:lineRule="auto"/>
        <w:ind w:left="4320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 w:rsidRPr="007D48B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oświadczeń woli w imieniu Wykonawcy</w:t>
      </w:r>
    </w:p>
    <w:p w14:paraId="1BE67D60" w14:textId="77777777" w:rsidR="00B94FDA" w:rsidRPr="007D48B8" w:rsidRDefault="00B94FDA" w:rsidP="009257DE">
      <w:pPr>
        <w:spacing w:after="0" w:line="245" w:lineRule="auto"/>
        <w:ind w:hanging="5040"/>
        <w:rPr>
          <w:rFonts w:ascii="Times New Roman" w:hAnsi="Times New Roman" w:cs="Times New Roman"/>
          <w:sz w:val="24"/>
          <w:szCs w:val="24"/>
          <w:lang w:val="pl-PL"/>
        </w:rPr>
      </w:pPr>
    </w:p>
    <w:p w14:paraId="7464880A" w14:textId="5ABF9335" w:rsidR="00B94FDA" w:rsidRPr="00D42243" w:rsidRDefault="00B94FDA" w:rsidP="009257DE">
      <w:pPr>
        <w:spacing w:after="0" w:line="245" w:lineRule="auto"/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</w:pPr>
      <w:r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 xml:space="preserve">*niepotrzebne </w:t>
      </w:r>
      <w:r w:rsidR="00D42243"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prze</w:t>
      </w:r>
      <w:r w:rsidRPr="00D42243">
        <w:rPr>
          <w:rFonts w:ascii="Times New Roman" w:hAnsi="Times New Roman" w:cs="Times New Roman"/>
          <w:i/>
          <w:iCs/>
          <w:color w:val="0070C0"/>
          <w:sz w:val="24"/>
          <w:szCs w:val="24"/>
          <w:lang w:val="pl-PL"/>
        </w:rPr>
        <w:t>kreślić</w:t>
      </w:r>
    </w:p>
    <w:p w14:paraId="146246AF" w14:textId="77777777" w:rsidR="00B94FDA" w:rsidRPr="007D48B8" w:rsidRDefault="00B94FDA" w:rsidP="009257DE">
      <w:pPr>
        <w:spacing w:after="0" w:line="245" w:lineRule="auto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</w:p>
    <w:p w14:paraId="23F60B25" w14:textId="4F44AE80" w:rsidR="00B94FDA" w:rsidRPr="007D48B8" w:rsidRDefault="00B94FDA" w:rsidP="009257DE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sectPr w:rsidR="00B94FDA" w:rsidRPr="007D48B8" w:rsidSect="008743E1">
      <w:footerReference w:type="default" r:id="rId8"/>
      <w:pgSz w:w="12240" w:h="15840"/>
      <w:pgMar w:top="1247" w:right="1247" w:bottom="1134" w:left="1247" w:header="72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3D9D" w14:textId="77777777" w:rsidR="004F4009" w:rsidRDefault="004F4009">
      <w:pPr>
        <w:spacing w:after="0" w:line="240" w:lineRule="auto"/>
      </w:pPr>
      <w:r>
        <w:separator/>
      </w:r>
    </w:p>
  </w:endnote>
  <w:endnote w:type="continuationSeparator" w:id="0">
    <w:p w14:paraId="10B5821E" w14:textId="77777777" w:rsidR="004F4009" w:rsidRDefault="004F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92604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050E946" w14:textId="0C97D6CA" w:rsidR="008A0779" w:rsidRDefault="008A0779">
            <w:pPr>
              <w:pStyle w:val="Stopka"/>
              <w:jc w:val="center"/>
            </w:pPr>
            <w:r w:rsidRPr="009257DE">
              <w:rPr>
                <w:i/>
                <w:iCs/>
                <w:sz w:val="20"/>
                <w:szCs w:val="20"/>
                <w:lang w:val="pl-PL"/>
              </w:rPr>
              <w:t xml:space="preserve">Strona </w:t>
            </w:r>
            <w:r w:rsidRPr="009257DE">
              <w:rPr>
                <w:i/>
                <w:iCs/>
                <w:sz w:val="22"/>
              </w:rPr>
              <w:fldChar w:fldCharType="begin"/>
            </w:r>
            <w:r w:rsidRPr="009257DE">
              <w:rPr>
                <w:i/>
                <w:iCs/>
                <w:sz w:val="20"/>
                <w:szCs w:val="20"/>
              </w:rPr>
              <w:instrText>PAGE</w:instrText>
            </w:r>
            <w:r w:rsidRPr="009257DE">
              <w:rPr>
                <w:i/>
                <w:iCs/>
                <w:sz w:val="22"/>
              </w:rPr>
              <w:fldChar w:fldCharType="separate"/>
            </w:r>
            <w:r w:rsidRPr="009257DE">
              <w:rPr>
                <w:i/>
                <w:iCs/>
                <w:sz w:val="20"/>
                <w:szCs w:val="20"/>
                <w:lang w:val="pl-PL"/>
              </w:rPr>
              <w:t>2</w:t>
            </w:r>
            <w:r w:rsidRPr="009257DE">
              <w:rPr>
                <w:i/>
                <w:iCs/>
                <w:sz w:val="22"/>
              </w:rPr>
              <w:fldChar w:fldCharType="end"/>
            </w:r>
            <w:r w:rsidRPr="009257DE">
              <w:rPr>
                <w:i/>
                <w:iCs/>
                <w:sz w:val="20"/>
                <w:szCs w:val="20"/>
                <w:lang w:val="pl-PL"/>
              </w:rPr>
              <w:t xml:space="preserve"> z </w:t>
            </w:r>
            <w:r w:rsidRPr="009257DE">
              <w:rPr>
                <w:i/>
                <w:iCs/>
                <w:sz w:val="22"/>
              </w:rPr>
              <w:fldChar w:fldCharType="begin"/>
            </w:r>
            <w:r w:rsidRPr="009257DE">
              <w:rPr>
                <w:i/>
                <w:iCs/>
                <w:sz w:val="20"/>
                <w:szCs w:val="20"/>
              </w:rPr>
              <w:instrText>NUMPAGES</w:instrText>
            </w:r>
            <w:r w:rsidRPr="009257DE">
              <w:rPr>
                <w:i/>
                <w:iCs/>
                <w:sz w:val="22"/>
              </w:rPr>
              <w:fldChar w:fldCharType="separate"/>
            </w:r>
            <w:r w:rsidRPr="009257DE">
              <w:rPr>
                <w:i/>
                <w:iCs/>
                <w:sz w:val="20"/>
                <w:szCs w:val="20"/>
                <w:lang w:val="pl-PL"/>
              </w:rPr>
              <w:t>2</w:t>
            </w:r>
            <w:r w:rsidRPr="009257DE">
              <w:rPr>
                <w:i/>
                <w:iCs/>
                <w:sz w:val="22"/>
              </w:rPr>
              <w:fldChar w:fldCharType="end"/>
            </w:r>
          </w:p>
        </w:sdtContent>
      </w:sdt>
    </w:sdtContent>
  </w:sdt>
  <w:p w14:paraId="0485EA8C" w14:textId="1FA7E16B" w:rsidR="00E3313F" w:rsidRDefault="00E3313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CEE0A" w14:textId="77777777" w:rsidR="004F4009" w:rsidRDefault="004F4009">
      <w:pPr>
        <w:spacing w:after="0" w:line="240" w:lineRule="auto"/>
      </w:pPr>
      <w:r>
        <w:separator/>
      </w:r>
    </w:p>
  </w:footnote>
  <w:footnote w:type="continuationSeparator" w:id="0">
    <w:p w14:paraId="728A5E9C" w14:textId="77777777" w:rsidR="004F4009" w:rsidRDefault="004F4009">
      <w:pPr>
        <w:spacing w:after="0" w:line="240" w:lineRule="auto"/>
      </w:pPr>
      <w:r>
        <w:continuationSeparator/>
      </w:r>
    </w:p>
  </w:footnote>
  <w:footnote w:id="1">
    <w:p w14:paraId="0DD1A8AE" w14:textId="77777777" w:rsidR="000A4C58" w:rsidRDefault="000A4C58" w:rsidP="000A4C58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proofErr w:type="spellStart"/>
      <w:r>
        <w:rPr>
          <w:rFonts w:ascii="Arial Nova Cond Light" w:hAnsi="Arial Nova Cond Light"/>
          <w:sz w:val="18"/>
        </w:rPr>
        <w:t>Dotyczy</w:t>
      </w:r>
      <w:proofErr w:type="spellEnd"/>
      <w:r>
        <w:rPr>
          <w:rFonts w:ascii="Arial Nova Cond Light" w:hAnsi="Arial Nova Cond Light"/>
          <w:sz w:val="18"/>
        </w:rPr>
        <w:t xml:space="preserve"> </w:t>
      </w:r>
      <w:proofErr w:type="spellStart"/>
      <w:r>
        <w:rPr>
          <w:rFonts w:ascii="Arial Nova Cond Light" w:hAnsi="Arial Nova Cond Light"/>
          <w:sz w:val="18"/>
        </w:rPr>
        <w:t>to w</w:t>
      </w:r>
      <w:proofErr w:type="spellEnd"/>
      <w:r>
        <w:rPr>
          <w:rFonts w:ascii="Arial Nova Cond Light" w:hAnsi="Arial Nova Cond Light"/>
          <w:sz w:val="18"/>
        </w:rPr>
        <w:t xml:space="preserve"> </w:t>
      </w:r>
      <w:proofErr w:type="spellStart"/>
      <w:r>
        <w:rPr>
          <w:rFonts w:ascii="Arial Nova Cond Light" w:hAnsi="Arial Nova Cond Light"/>
          <w:sz w:val="18"/>
        </w:rPr>
        <w:t>szczególności</w:t>
      </w:r>
      <w:proofErr w:type="spellEnd"/>
      <w:r>
        <w:rPr>
          <w:rFonts w:ascii="Arial Nova Cond Light" w:hAnsi="Arial Nova Cond Light"/>
          <w:sz w:val="18"/>
        </w:rPr>
        <w:t xml:space="preserve"> </w:t>
      </w:r>
      <w:proofErr w:type="spellStart"/>
      <w:r>
        <w:rPr>
          <w:rFonts w:ascii="Arial Nova Cond Light" w:hAnsi="Arial Nova Cond Light"/>
          <w:sz w:val="18"/>
        </w:rPr>
        <w:t>sytuacji</w:t>
      </w:r>
      <w:proofErr w:type="spellEnd"/>
      <w:r>
        <w:rPr>
          <w:rFonts w:ascii="Arial Nova Cond Light" w:hAnsi="Arial Nova Cond Light"/>
          <w:sz w:val="18"/>
        </w:rPr>
        <w:t xml:space="preserve">, </w:t>
      </w:r>
      <w:proofErr w:type="spellStart"/>
      <w:r>
        <w:rPr>
          <w:rFonts w:ascii="Arial Nova Cond Light" w:hAnsi="Arial Nova Cond Light"/>
          <w:sz w:val="18"/>
        </w:rPr>
        <w:t>gdyby</w:t>
      </w:r>
      <w:proofErr w:type="spellEnd"/>
      <w:r>
        <w:rPr>
          <w:rFonts w:ascii="Arial Nova Cond Light" w:hAnsi="Arial Nova Cond Light"/>
          <w:sz w:val="18"/>
        </w:rPr>
        <w:t xml:space="preserve"> po </w:t>
      </w:r>
      <w:proofErr w:type="spellStart"/>
      <w:r>
        <w:rPr>
          <w:rFonts w:ascii="Arial Nova Cond Light" w:hAnsi="Arial Nova Cond Light"/>
          <w:sz w:val="18"/>
        </w:rPr>
        <w:t>otwarciu</w:t>
      </w:r>
      <w:proofErr w:type="spellEnd"/>
      <w:r>
        <w:rPr>
          <w:rFonts w:ascii="Arial Nova Cond Light" w:hAnsi="Arial Nova Cond Light"/>
          <w:sz w:val="18"/>
        </w:rPr>
        <w:t xml:space="preserve">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3F40D3C8" w14:textId="77777777" w:rsidR="000A4C58" w:rsidRDefault="000A4C58" w:rsidP="000A4C58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35097ED1" w14:textId="77777777" w:rsidR="000A4C58" w:rsidRDefault="000A4C58" w:rsidP="000A4C58">
      <w:pPr>
        <w:pStyle w:val="Tekstprzypisudolnego"/>
        <w:rPr>
          <w:rFonts w:ascii="Arial Nova Cond Light" w:hAnsi="Arial Nova Cond Ligh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7" w15:restartNumberingAfterBreak="0">
    <w:nsid w:val="02274063"/>
    <w:multiLevelType w:val="hybridMultilevel"/>
    <w:tmpl w:val="CDD4F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361603D"/>
    <w:multiLevelType w:val="hybridMultilevel"/>
    <w:tmpl w:val="750E05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41C5788"/>
    <w:multiLevelType w:val="hybridMultilevel"/>
    <w:tmpl w:val="A6FC9E24"/>
    <w:lvl w:ilvl="0" w:tplc="04150011">
      <w:start w:val="1"/>
      <w:numFmt w:val="decimal"/>
      <w:lvlText w:val="%1)"/>
      <w:lvlJc w:val="left"/>
      <w:pPr>
        <w:ind w:left="306" w:hanging="360"/>
      </w:pPr>
    </w:lvl>
    <w:lvl w:ilvl="1" w:tplc="04150019" w:tentative="1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 w15:restartNumberingAfterBreak="0">
    <w:nsid w:val="08512F54"/>
    <w:multiLevelType w:val="multilevel"/>
    <w:tmpl w:val="EF8C5B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  <w:rPr>
        <w:rFonts w:cs="Times New Roman"/>
      </w:rPr>
    </w:lvl>
  </w:abstractNum>
  <w:abstractNum w:abstractNumId="11" w15:restartNumberingAfterBreak="0">
    <w:nsid w:val="0D0F36A3"/>
    <w:multiLevelType w:val="hybridMultilevel"/>
    <w:tmpl w:val="E9A861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586107"/>
    <w:multiLevelType w:val="hybridMultilevel"/>
    <w:tmpl w:val="2ED4F2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6A5A13"/>
    <w:multiLevelType w:val="hybridMultilevel"/>
    <w:tmpl w:val="ACE44A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7C5915"/>
    <w:multiLevelType w:val="hybridMultilevel"/>
    <w:tmpl w:val="9B1E72BA"/>
    <w:lvl w:ilvl="0" w:tplc="BABAE16A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56216A"/>
    <w:multiLevelType w:val="hybridMultilevel"/>
    <w:tmpl w:val="CD26B576"/>
    <w:lvl w:ilvl="0" w:tplc="143A7C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6C40BBB"/>
    <w:multiLevelType w:val="hybridMultilevel"/>
    <w:tmpl w:val="655CF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732425"/>
    <w:multiLevelType w:val="hybridMultilevel"/>
    <w:tmpl w:val="F65242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E34497"/>
    <w:multiLevelType w:val="hybridMultilevel"/>
    <w:tmpl w:val="07721A14"/>
    <w:lvl w:ilvl="0" w:tplc="DFCE98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0E408DF"/>
    <w:multiLevelType w:val="hybridMultilevel"/>
    <w:tmpl w:val="30B01EA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21EF7A74"/>
    <w:multiLevelType w:val="hybridMultilevel"/>
    <w:tmpl w:val="245C25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0C4C2B"/>
    <w:multiLevelType w:val="multilevel"/>
    <w:tmpl w:val="115C5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9486EE0"/>
    <w:multiLevelType w:val="hybridMultilevel"/>
    <w:tmpl w:val="EABA7C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291F19"/>
    <w:multiLevelType w:val="hybridMultilevel"/>
    <w:tmpl w:val="5908F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3E573B"/>
    <w:multiLevelType w:val="hybridMultilevel"/>
    <w:tmpl w:val="67583A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C9F44B0"/>
    <w:multiLevelType w:val="hybridMultilevel"/>
    <w:tmpl w:val="900A5638"/>
    <w:lvl w:ilvl="0" w:tplc="FFFFFFFF">
      <w:start w:val="1"/>
      <w:numFmt w:val="ideographDigital"/>
      <w:lvlText w:val=""/>
      <w:lvlJc w:val="left"/>
    </w:lvl>
    <w:lvl w:ilvl="1" w:tplc="3D929C24">
      <w:start w:val="6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2D6A7872"/>
    <w:multiLevelType w:val="hybridMultilevel"/>
    <w:tmpl w:val="DF10F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76CE3"/>
    <w:multiLevelType w:val="hybridMultilevel"/>
    <w:tmpl w:val="03DA42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F417CEB"/>
    <w:multiLevelType w:val="hybridMultilevel"/>
    <w:tmpl w:val="169E2DFC"/>
    <w:lvl w:ilvl="0" w:tplc="CC36D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B46B1D"/>
    <w:multiLevelType w:val="hybridMultilevel"/>
    <w:tmpl w:val="1794CC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5E6A77"/>
    <w:multiLevelType w:val="hybridMultilevel"/>
    <w:tmpl w:val="6B82DAB2"/>
    <w:lvl w:ilvl="0" w:tplc="04150011">
      <w:start w:val="1"/>
      <w:numFmt w:val="decimal"/>
      <w:lvlText w:val="%1)"/>
      <w:lvlJc w:val="left"/>
      <w:pPr>
        <w:ind w:left="964" w:hanging="360"/>
      </w:pPr>
    </w:lvl>
    <w:lvl w:ilvl="1" w:tplc="04150019" w:tentative="1">
      <w:start w:val="1"/>
      <w:numFmt w:val="lowerLetter"/>
      <w:lvlText w:val="%2."/>
      <w:lvlJc w:val="left"/>
      <w:pPr>
        <w:ind w:left="1684" w:hanging="360"/>
      </w:pPr>
    </w:lvl>
    <w:lvl w:ilvl="2" w:tplc="0415001B" w:tentative="1">
      <w:start w:val="1"/>
      <w:numFmt w:val="lowerRoman"/>
      <w:lvlText w:val="%3."/>
      <w:lvlJc w:val="right"/>
      <w:pPr>
        <w:ind w:left="2404" w:hanging="180"/>
      </w:pPr>
    </w:lvl>
    <w:lvl w:ilvl="3" w:tplc="0415000F" w:tentative="1">
      <w:start w:val="1"/>
      <w:numFmt w:val="decimal"/>
      <w:lvlText w:val="%4."/>
      <w:lvlJc w:val="left"/>
      <w:pPr>
        <w:ind w:left="3124" w:hanging="360"/>
      </w:pPr>
    </w:lvl>
    <w:lvl w:ilvl="4" w:tplc="04150019" w:tentative="1">
      <w:start w:val="1"/>
      <w:numFmt w:val="lowerLetter"/>
      <w:lvlText w:val="%5."/>
      <w:lvlJc w:val="left"/>
      <w:pPr>
        <w:ind w:left="3844" w:hanging="360"/>
      </w:pPr>
    </w:lvl>
    <w:lvl w:ilvl="5" w:tplc="0415001B" w:tentative="1">
      <w:start w:val="1"/>
      <w:numFmt w:val="lowerRoman"/>
      <w:lvlText w:val="%6."/>
      <w:lvlJc w:val="right"/>
      <w:pPr>
        <w:ind w:left="4564" w:hanging="180"/>
      </w:pPr>
    </w:lvl>
    <w:lvl w:ilvl="6" w:tplc="0415000F" w:tentative="1">
      <w:start w:val="1"/>
      <w:numFmt w:val="decimal"/>
      <w:lvlText w:val="%7."/>
      <w:lvlJc w:val="left"/>
      <w:pPr>
        <w:ind w:left="5284" w:hanging="360"/>
      </w:pPr>
    </w:lvl>
    <w:lvl w:ilvl="7" w:tplc="04150019" w:tentative="1">
      <w:start w:val="1"/>
      <w:numFmt w:val="lowerLetter"/>
      <w:lvlText w:val="%8."/>
      <w:lvlJc w:val="left"/>
      <w:pPr>
        <w:ind w:left="6004" w:hanging="360"/>
      </w:pPr>
    </w:lvl>
    <w:lvl w:ilvl="8" w:tplc="0415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1" w15:restartNumberingAfterBreak="0">
    <w:nsid w:val="33712888"/>
    <w:multiLevelType w:val="hybridMultilevel"/>
    <w:tmpl w:val="AD2870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74800DA"/>
    <w:multiLevelType w:val="hybridMultilevel"/>
    <w:tmpl w:val="AD7C02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9B640A2"/>
    <w:multiLevelType w:val="hybridMultilevel"/>
    <w:tmpl w:val="C7A48730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3A59389F"/>
    <w:multiLevelType w:val="hybridMultilevel"/>
    <w:tmpl w:val="81D2E4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3D145F5E"/>
    <w:multiLevelType w:val="hybridMultilevel"/>
    <w:tmpl w:val="20FCC1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D89033E"/>
    <w:multiLevelType w:val="hybridMultilevel"/>
    <w:tmpl w:val="C016A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0B6FBE"/>
    <w:multiLevelType w:val="hybridMultilevel"/>
    <w:tmpl w:val="70C6D83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AA4F7C"/>
    <w:multiLevelType w:val="hybridMultilevel"/>
    <w:tmpl w:val="3FFABC00"/>
    <w:lvl w:ilvl="0" w:tplc="CC36D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E21082"/>
    <w:multiLevelType w:val="hybridMultilevel"/>
    <w:tmpl w:val="1EA8730E"/>
    <w:lvl w:ilvl="0" w:tplc="3AC87E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38203A3"/>
    <w:multiLevelType w:val="hybridMultilevel"/>
    <w:tmpl w:val="FC922BD4"/>
    <w:lvl w:ilvl="0" w:tplc="CDBC49B4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5871B8"/>
    <w:multiLevelType w:val="hybridMultilevel"/>
    <w:tmpl w:val="95A085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7D14E3"/>
    <w:multiLevelType w:val="hybridMultilevel"/>
    <w:tmpl w:val="D75A3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5A0541D"/>
    <w:multiLevelType w:val="hybridMultilevel"/>
    <w:tmpl w:val="55A64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842585C"/>
    <w:multiLevelType w:val="hybridMultilevel"/>
    <w:tmpl w:val="FA72AA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6A387A"/>
    <w:multiLevelType w:val="hybridMultilevel"/>
    <w:tmpl w:val="DE588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585DC7"/>
    <w:multiLevelType w:val="hybridMultilevel"/>
    <w:tmpl w:val="B052E41A"/>
    <w:lvl w:ilvl="0" w:tplc="04150011">
      <w:start w:val="1"/>
      <w:numFmt w:val="decimal"/>
      <w:lvlText w:val="%1)"/>
      <w:lvlJc w:val="left"/>
      <w:pPr>
        <w:ind w:left="45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8" w:hanging="360"/>
      </w:pPr>
    </w:lvl>
    <w:lvl w:ilvl="2" w:tplc="0415001B" w:tentative="1">
      <w:start w:val="1"/>
      <w:numFmt w:val="lowerRoman"/>
      <w:lvlText w:val="%3."/>
      <w:lvlJc w:val="right"/>
      <w:pPr>
        <w:ind w:left="1898" w:hanging="180"/>
      </w:pPr>
    </w:lvl>
    <w:lvl w:ilvl="3" w:tplc="0415000F" w:tentative="1">
      <w:start w:val="1"/>
      <w:numFmt w:val="decimal"/>
      <w:lvlText w:val="%4."/>
      <w:lvlJc w:val="left"/>
      <w:pPr>
        <w:ind w:left="2618" w:hanging="360"/>
      </w:pPr>
    </w:lvl>
    <w:lvl w:ilvl="4" w:tplc="04150019" w:tentative="1">
      <w:start w:val="1"/>
      <w:numFmt w:val="lowerLetter"/>
      <w:lvlText w:val="%5."/>
      <w:lvlJc w:val="left"/>
      <w:pPr>
        <w:ind w:left="3338" w:hanging="360"/>
      </w:pPr>
    </w:lvl>
    <w:lvl w:ilvl="5" w:tplc="0415001B" w:tentative="1">
      <w:start w:val="1"/>
      <w:numFmt w:val="lowerRoman"/>
      <w:lvlText w:val="%6."/>
      <w:lvlJc w:val="right"/>
      <w:pPr>
        <w:ind w:left="4058" w:hanging="180"/>
      </w:pPr>
    </w:lvl>
    <w:lvl w:ilvl="6" w:tplc="0415000F" w:tentative="1">
      <w:start w:val="1"/>
      <w:numFmt w:val="decimal"/>
      <w:lvlText w:val="%7."/>
      <w:lvlJc w:val="left"/>
      <w:pPr>
        <w:ind w:left="4778" w:hanging="360"/>
      </w:pPr>
    </w:lvl>
    <w:lvl w:ilvl="7" w:tplc="04150019" w:tentative="1">
      <w:start w:val="1"/>
      <w:numFmt w:val="lowerLetter"/>
      <w:lvlText w:val="%8."/>
      <w:lvlJc w:val="left"/>
      <w:pPr>
        <w:ind w:left="5498" w:hanging="360"/>
      </w:pPr>
    </w:lvl>
    <w:lvl w:ilvl="8" w:tplc="0415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47" w15:restartNumberingAfterBreak="0">
    <w:nsid w:val="4E09632A"/>
    <w:multiLevelType w:val="hybridMultilevel"/>
    <w:tmpl w:val="039CB70A"/>
    <w:lvl w:ilvl="0" w:tplc="CC36D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792BEB"/>
    <w:multiLevelType w:val="hybridMultilevel"/>
    <w:tmpl w:val="6DF60508"/>
    <w:lvl w:ilvl="0" w:tplc="81AACF70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9" w15:restartNumberingAfterBreak="0">
    <w:nsid w:val="52513BDB"/>
    <w:multiLevelType w:val="hybridMultilevel"/>
    <w:tmpl w:val="EEAA7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9E3967"/>
    <w:multiLevelType w:val="hybridMultilevel"/>
    <w:tmpl w:val="16063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44D65FB"/>
    <w:multiLevelType w:val="hybridMultilevel"/>
    <w:tmpl w:val="8810692A"/>
    <w:lvl w:ilvl="0" w:tplc="CFEC1F5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4E81632"/>
    <w:multiLevelType w:val="hybridMultilevel"/>
    <w:tmpl w:val="84BCB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C5263E"/>
    <w:multiLevelType w:val="hybridMultilevel"/>
    <w:tmpl w:val="EEC20FD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E3A487FA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27067F18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C8E6DDB"/>
    <w:multiLevelType w:val="hybridMultilevel"/>
    <w:tmpl w:val="4DC63CF4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5" w15:restartNumberingAfterBreak="0">
    <w:nsid w:val="5CB55B71"/>
    <w:multiLevelType w:val="hybridMultilevel"/>
    <w:tmpl w:val="9146D860"/>
    <w:lvl w:ilvl="0" w:tplc="4D6ECCE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965E16"/>
    <w:multiLevelType w:val="hybridMultilevel"/>
    <w:tmpl w:val="85C6A3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04910CF"/>
    <w:multiLevelType w:val="hybridMultilevel"/>
    <w:tmpl w:val="76B67E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6136BA"/>
    <w:multiLevelType w:val="hybridMultilevel"/>
    <w:tmpl w:val="8AC62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C21FFF"/>
    <w:multiLevelType w:val="hybridMultilevel"/>
    <w:tmpl w:val="811A6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133389"/>
    <w:multiLevelType w:val="hybridMultilevel"/>
    <w:tmpl w:val="D4B6FB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C54624"/>
    <w:multiLevelType w:val="hybridMultilevel"/>
    <w:tmpl w:val="4BE89B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6DA81359"/>
    <w:multiLevelType w:val="multilevel"/>
    <w:tmpl w:val="308251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3" w15:restartNumberingAfterBreak="0">
    <w:nsid w:val="6F333EDF"/>
    <w:multiLevelType w:val="hybridMultilevel"/>
    <w:tmpl w:val="10249D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1F3728"/>
    <w:multiLevelType w:val="hybridMultilevel"/>
    <w:tmpl w:val="5C22D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2257D"/>
    <w:multiLevelType w:val="hybridMultilevel"/>
    <w:tmpl w:val="7206ED06"/>
    <w:lvl w:ilvl="0" w:tplc="93C8F94C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6" w15:restartNumberingAfterBreak="0">
    <w:nsid w:val="782030B3"/>
    <w:multiLevelType w:val="hybridMultilevel"/>
    <w:tmpl w:val="2B584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8262ED6"/>
    <w:multiLevelType w:val="hybridMultilevel"/>
    <w:tmpl w:val="4FB07DC2"/>
    <w:lvl w:ilvl="0" w:tplc="EE8C2B4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A4154EE"/>
    <w:multiLevelType w:val="hybridMultilevel"/>
    <w:tmpl w:val="7DAEF6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9521EA"/>
    <w:multiLevelType w:val="multilevel"/>
    <w:tmpl w:val="D32E1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0" w15:restartNumberingAfterBreak="0">
    <w:nsid w:val="7E5C6E25"/>
    <w:multiLevelType w:val="hybridMultilevel"/>
    <w:tmpl w:val="99585562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1" w15:restartNumberingAfterBreak="0">
    <w:nsid w:val="7F593AC2"/>
    <w:multiLevelType w:val="hybridMultilevel"/>
    <w:tmpl w:val="C9207B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638820">
    <w:abstractNumId w:val="5"/>
  </w:num>
  <w:num w:numId="2" w16cid:durableId="312299845">
    <w:abstractNumId w:val="3"/>
  </w:num>
  <w:num w:numId="3" w16cid:durableId="1103185038">
    <w:abstractNumId w:val="2"/>
  </w:num>
  <w:num w:numId="4" w16cid:durableId="1276517983">
    <w:abstractNumId w:val="4"/>
  </w:num>
  <w:num w:numId="5" w16cid:durableId="1327516056">
    <w:abstractNumId w:val="1"/>
  </w:num>
  <w:num w:numId="6" w16cid:durableId="1980914548">
    <w:abstractNumId w:val="0"/>
  </w:num>
  <w:num w:numId="7" w16cid:durableId="1297637934">
    <w:abstractNumId w:val="21"/>
  </w:num>
  <w:num w:numId="8" w16cid:durableId="189203504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6336002">
    <w:abstractNumId w:val="53"/>
  </w:num>
  <w:num w:numId="10" w16cid:durableId="923341997">
    <w:abstractNumId w:val="67"/>
  </w:num>
  <w:num w:numId="11" w16cid:durableId="1762527979">
    <w:abstractNumId w:val="46"/>
  </w:num>
  <w:num w:numId="12" w16cid:durableId="1620139512">
    <w:abstractNumId w:val="32"/>
  </w:num>
  <w:num w:numId="13" w16cid:durableId="1978493219">
    <w:abstractNumId w:val="34"/>
  </w:num>
  <w:num w:numId="14" w16cid:durableId="356199437">
    <w:abstractNumId w:val="24"/>
  </w:num>
  <w:num w:numId="15" w16cid:durableId="965503937">
    <w:abstractNumId w:val="23"/>
  </w:num>
  <w:num w:numId="16" w16cid:durableId="293144617">
    <w:abstractNumId w:val="37"/>
  </w:num>
  <w:num w:numId="17" w16cid:durableId="1738166957">
    <w:abstractNumId w:val="7"/>
  </w:num>
  <w:num w:numId="18" w16cid:durableId="58524636">
    <w:abstractNumId w:val="57"/>
  </w:num>
  <w:num w:numId="19" w16cid:durableId="35083778">
    <w:abstractNumId w:val="41"/>
  </w:num>
  <w:num w:numId="20" w16cid:durableId="1029529198">
    <w:abstractNumId w:val="61"/>
  </w:num>
  <w:num w:numId="21" w16cid:durableId="2122218639">
    <w:abstractNumId w:val="68"/>
  </w:num>
  <w:num w:numId="22" w16cid:durableId="1481462165">
    <w:abstractNumId w:val="50"/>
  </w:num>
  <w:num w:numId="23" w16cid:durableId="1443649801">
    <w:abstractNumId w:val="10"/>
  </w:num>
  <w:num w:numId="24" w16cid:durableId="967126273">
    <w:abstractNumId w:val="43"/>
  </w:num>
  <w:num w:numId="25" w16cid:durableId="1272861113">
    <w:abstractNumId w:val="22"/>
  </w:num>
  <w:num w:numId="26" w16cid:durableId="928388790">
    <w:abstractNumId w:val="11"/>
  </w:num>
  <w:num w:numId="27" w16cid:durableId="1593901502">
    <w:abstractNumId w:val="13"/>
  </w:num>
  <w:num w:numId="28" w16cid:durableId="1921016261">
    <w:abstractNumId w:val="62"/>
  </w:num>
  <w:num w:numId="29" w16cid:durableId="1327705171">
    <w:abstractNumId w:val="27"/>
  </w:num>
  <w:num w:numId="30" w16cid:durableId="1363358049">
    <w:abstractNumId w:val="35"/>
  </w:num>
  <w:num w:numId="31" w16cid:durableId="491407137">
    <w:abstractNumId w:val="64"/>
  </w:num>
  <w:num w:numId="32" w16cid:durableId="2100364461">
    <w:abstractNumId w:val="20"/>
  </w:num>
  <w:num w:numId="33" w16cid:durableId="2035954594">
    <w:abstractNumId w:val="19"/>
  </w:num>
  <w:num w:numId="34" w16cid:durableId="126364509">
    <w:abstractNumId w:val="52"/>
  </w:num>
  <w:num w:numId="35" w16cid:durableId="133184069">
    <w:abstractNumId w:val="28"/>
  </w:num>
  <w:num w:numId="36" w16cid:durableId="607851022">
    <w:abstractNumId w:val="51"/>
  </w:num>
  <w:num w:numId="37" w16cid:durableId="418067993">
    <w:abstractNumId w:val="12"/>
  </w:num>
  <w:num w:numId="38" w16cid:durableId="2043557086">
    <w:abstractNumId w:val="59"/>
  </w:num>
  <w:num w:numId="39" w16cid:durableId="1085373338">
    <w:abstractNumId w:val="63"/>
  </w:num>
  <w:num w:numId="40" w16cid:durableId="1183933139">
    <w:abstractNumId w:val="71"/>
  </w:num>
  <w:num w:numId="41" w16cid:durableId="1434058806">
    <w:abstractNumId w:val="40"/>
  </w:num>
  <w:num w:numId="42" w16cid:durableId="300883932">
    <w:abstractNumId w:val="58"/>
  </w:num>
  <w:num w:numId="43" w16cid:durableId="446974350">
    <w:abstractNumId w:val="38"/>
  </w:num>
  <w:num w:numId="44" w16cid:durableId="523636796">
    <w:abstractNumId w:val="47"/>
  </w:num>
  <w:num w:numId="45" w16cid:durableId="1432432568">
    <w:abstractNumId w:val="69"/>
  </w:num>
  <w:num w:numId="46" w16cid:durableId="1149831113">
    <w:abstractNumId w:val="45"/>
  </w:num>
  <w:num w:numId="47" w16cid:durableId="1959944661">
    <w:abstractNumId w:val="26"/>
  </w:num>
  <w:num w:numId="48" w16cid:durableId="2138450903">
    <w:abstractNumId w:val="66"/>
  </w:num>
  <w:num w:numId="49" w16cid:durableId="789401063">
    <w:abstractNumId w:val="31"/>
  </w:num>
  <w:num w:numId="50" w16cid:durableId="1497568790">
    <w:abstractNumId w:val="17"/>
  </w:num>
  <w:num w:numId="51" w16cid:durableId="1164664163">
    <w:abstractNumId w:val="60"/>
  </w:num>
  <w:num w:numId="52" w16cid:durableId="1704794028">
    <w:abstractNumId w:val="42"/>
  </w:num>
  <w:num w:numId="53" w16cid:durableId="286398979">
    <w:abstractNumId w:val="29"/>
  </w:num>
  <w:num w:numId="54" w16cid:durableId="805316295">
    <w:abstractNumId w:val="49"/>
  </w:num>
  <w:num w:numId="55" w16cid:durableId="31806992">
    <w:abstractNumId w:val="44"/>
  </w:num>
  <w:num w:numId="56" w16cid:durableId="1083450302">
    <w:abstractNumId w:val="18"/>
  </w:num>
  <w:num w:numId="57" w16cid:durableId="1539926177">
    <w:abstractNumId w:val="8"/>
  </w:num>
  <w:num w:numId="58" w16cid:durableId="1166240802">
    <w:abstractNumId w:val="30"/>
  </w:num>
  <w:num w:numId="59" w16cid:durableId="1217164639">
    <w:abstractNumId w:val="16"/>
  </w:num>
  <w:num w:numId="60" w16cid:durableId="789663830">
    <w:abstractNumId w:val="25"/>
  </w:num>
  <w:num w:numId="61" w16cid:durableId="804470851">
    <w:abstractNumId w:val="70"/>
  </w:num>
  <w:num w:numId="62" w16cid:durableId="1014306262">
    <w:abstractNumId w:val="33"/>
  </w:num>
  <w:num w:numId="63" w16cid:durableId="889806659">
    <w:abstractNumId w:val="55"/>
  </w:num>
  <w:num w:numId="64" w16cid:durableId="1610238988">
    <w:abstractNumId w:val="15"/>
  </w:num>
  <w:num w:numId="65" w16cid:durableId="1040667413">
    <w:abstractNumId w:val="9"/>
  </w:num>
  <w:num w:numId="66" w16cid:durableId="548305468">
    <w:abstractNumId w:val="48"/>
  </w:num>
  <w:num w:numId="67" w16cid:durableId="1903708782">
    <w:abstractNumId w:val="65"/>
  </w:num>
  <w:num w:numId="68" w16cid:durableId="179202940">
    <w:abstractNumId w:val="39"/>
  </w:num>
  <w:num w:numId="69" w16cid:durableId="960917007">
    <w:abstractNumId w:val="14"/>
  </w:num>
  <w:num w:numId="70" w16cid:durableId="914048221">
    <w:abstractNumId w:val="54"/>
  </w:num>
  <w:num w:numId="71" w16cid:durableId="533427263">
    <w:abstractNumId w:val="36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A51"/>
    <w:rsid w:val="00022178"/>
    <w:rsid w:val="00030337"/>
    <w:rsid w:val="00034616"/>
    <w:rsid w:val="00050F5D"/>
    <w:rsid w:val="0005537E"/>
    <w:rsid w:val="0006063C"/>
    <w:rsid w:val="00090F54"/>
    <w:rsid w:val="000A4C58"/>
    <w:rsid w:val="000C29A0"/>
    <w:rsid w:val="000C6CE8"/>
    <w:rsid w:val="000D3D27"/>
    <w:rsid w:val="000E7F58"/>
    <w:rsid w:val="001031AA"/>
    <w:rsid w:val="0015074B"/>
    <w:rsid w:val="00165DD6"/>
    <w:rsid w:val="0018299B"/>
    <w:rsid w:val="001A7676"/>
    <w:rsid w:val="001C655F"/>
    <w:rsid w:val="001E5A4A"/>
    <w:rsid w:val="001F2D6A"/>
    <w:rsid w:val="00221F42"/>
    <w:rsid w:val="0022245D"/>
    <w:rsid w:val="00277492"/>
    <w:rsid w:val="00284391"/>
    <w:rsid w:val="0029639D"/>
    <w:rsid w:val="002A00F1"/>
    <w:rsid w:val="002A3A75"/>
    <w:rsid w:val="002C4484"/>
    <w:rsid w:val="00300C07"/>
    <w:rsid w:val="003165D0"/>
    <w:rsid w:val="00326F90"/>
    <w:rsid w:val="00330E5B"/>
    <w:rsid w:val="00353626"/>
    <w:rsid w:val="0038040D"/>
    <w:rsid w:val="00383298"/>
    <w:rsid w:val="003F5841"/>
    <w:rsid w:val="004026AB"/>
    <w:rsid w:val="0045054C"/>
    <w:rsid w:val="00482390"/>
    <w:rsid w:val="0048736F"/>
    <w:rsid w:val="004A21EF"/>
    <w:rsid w:val="004A5A68"/>
    <w:rsid w:val="004C0228"/>
    <w:rsid w:val="004C3C94"/>
    <w:rsid w:val="004D3729"/>
    <w:rsid w:val="004F4009"/>
    <w:rsid w:val="00520F62"/>
    <w:rsid w:val="005462F5"/>
    <w:rsid w:val="0055417D"/>
    <w:rsid w:val="005747CA"/>
    <w:rsid w:val="00590E76"/>
    <w:rsid w:val="005B3314"/>
    <w:rsid w:val="005D0F1A"/>
    <w:rsid w:val="005F2FB8"/>
    <w:rsid w:val="005F5791"/>
    <w:rsid w:val="00600708"/>
    <w:rsid w:val="00613164"/>
    <w:rsid w:val="006209AC"/>
    <w:rsid w:val="006853DC"/>
    <w:rsid w:val="00690B3A"/>
    <w:rsid w:val="006B5BF9"/>
    <w:rsid w:val="006B5C75"/>
    <w:rsid w:val="00705CC9"/>
    <w:rsid w:val="0075038D"/>
    <w:rsid w:val="00754600"/>
    <w:rsid w:val="00755519"/>
    <w:rsid w:val="00762691"/>
    <w:rsid w:val="00775770"/>
    <w:rsid w:val="007A5837"/>
    <w:rsid w:val="007D48B8"/>
    <w:rsid w:val="007D6B11"/>
    <w:rsid w:val="007E7D78"/>
    <w:rsid w:val="007E7E83"/>
    <w:rsid w:val="007F47E9"/>
    <w:rsid w:val="008061F9"/>
    <w:rsid w:val="00850D8B"/>
    <w:rsid w:val="0085163A"/>
    <w:rsid w:val="0085265A"/>
    <w:rsid w:val="00873012"/>
    <w:rsid w:val="008743E1"/>
    <w:rsid w:val="008A0779"/>
    <w:rsid w:val="008B6A1D"/>
    <w:rsid w:val="008C0575"/>
    <w:rsid w:val="008C5574"/>
    <w:rsid w:val="008D59BF"/>
    <w:rsid w:val="008F0A2A"/>
    <w:rsid w:val="008F1D7B"/>
    <w:rsid w:val="009075CA"/>
    <w:rsid w:val="009257DE"/>
    <w:rsid w:val="00930CB4"/>
    <w:rsid w:val="009678A6"/>
    <w:rsid w:val="009843DB"/>
    <w:rsid w:val="009A070B"/>
    <w:rsid w:val="009E52BC"/>
    <w:rsid w:val="00A10140"/>
    <w:rsid w:val="00A1341B"/>
    <w:rsid w:val="00A307D6"/>
    <w:rsid w:val="00A35597"/>
    <w:rsid w:val="00A67DDD"/>
    <w:rsid w:val="00A73654"/>
    <w:rsid w:val="00A8704B"/>
    <w:rsid w:val="00A95490"/>
    <w:rsid w:val="00AA1D8D"/>
    <w:rsid w:val="00AD2214"/>
    <w:rsid w:val="00AE4ED3"/>
    <w:rsid w:val="00AF295C"/>
    <w:rsid w:val="00B06724"/>
    <w:rsid w:val="00B142C3"/>
    <w:rsid w:val="00B26F56"/>
    <w:rsid w:val="00B37D4B"/>
    <w:rsid w:val="00B45452"/>
    <w:rsid w:val="00B47730"/>
    <w:rsid w:val="00B73608"/>
    <w:rsid w:val="00B94FDA"/>
    <w:rsid w:val="00BA6D8F"/>
    <w:rsid w:val="00BC2143"/>
    <w:rsid w:val="00BF41F3"/>
    <w:rsid w:val="00BF6BEB"/>
    <w:rsid w:val="00C204CE"/>
    <w:rsid w:val="00C471A9"/>
    <w:rsid w:val="00C728F2"/>
    <w:rsid w:val="00C73EA7"/>
    <w:rsid w:val="00C816F5"/>
    <w:rsid w:val="00CB0664"/>
    <w:rsid w:val="00CB4A4B"/>
    <w:rsid w:val="00CB4C41"/>
    <w:rsid w:val="00CD3832"/>
    <w:rsid w:val="00CE37EC"/>
    <w:rsid w:val="00CF5120"/>
    <w:rsid w:val="00D06685"/>
    <w:rsid w:val="00D10DF7"/>
    <w:rsid w:val="00D3529B"/>
    <w:rsid w:val="00D42243"/>
    <w:rsid w:val="00D84915"/>
    <w:rsid w:val="00D8600F"/>
    <w:rsid w:val="00D9077A"/>
    <w:rsid w:val="00D910A7"/>
    <w:rsid w:val="00DB04B6"/>
    <w:rsid w:val="00DB70D2"/>
    <w:rsid w:val="00DC4503"/>
    <w:rsid w:val="00DD02B3"/>
    <w:rsid w:val="00DD2CD6"/>
    <w:rsid w:val="00E22220"/>
    <w:rsid w:val="00E3313F"/>
    <w:rsid w:val="00E6362A"/>
    <w:rsid w:val="00EA55CE"/>
    <w:rsid w:val="00EA7354"/>
    <w:rsid w:val="00EC0183"/>
    <w:rsid w:val="00F07161"/>
    <w:rsid w:val="00F11017"/>
    <w:rsid w:val="00F13C36"/>
    <w:rsid w:val="00F4272B"/>
    <w:rsid w:val="00F576E5"/>
    <w:rsid w:val="00F72682"/>
    <w:rsid w:val="00F96260"/>
    <w:rsid w:val="00FA01B7"/>
    <w:rsid w:val="00FC3E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74A173"/>
  <w14:defaultImageDpi w14:val="300"/>
  <w15:docId w15:val="{C7E0FA87-03A9-4D37-A540-5610542F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A5F"/>
      <w:sz w:val="27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A5F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3A5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6B8A"/>
      <w:spacing w:val="15"/>
      <w:sz w:val="23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Lista - wielopoziomowa,lp1,List Paragraph2,RR PGE Akapit z listą,Styl 1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Box">
    <w:name w:val="NoteBox"/>
    <w:rPr>
      <w:rFonts w:ascii="Aptos" w:eastAsia="Aptos" w:hAnsi="Aptos"/>
      <w:color w:val="3E4C59"/>
      <w:sz w:val="19"/>
    </w:rPr>
  </w:style>
  <w:style w:type="paragraph" w:styleId="NormalnyWeb">
    <w:name w:val="Normal (Web)"/>
    <w:basedOn w:val="Normalny"/>
    <w:uiPriority w:val="99"/>
    <w:unhideWhenUsed/>
    <w:rsid w:val="009A0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850D8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pl-PL"/>
    </w:rPr>
  </w:style>
  <w:style w:type="character" w:styleId="Hipercze">
    <w:name w:val="Hyperlink"/>
    <w:unhideWhenUsed/>
    <w:rsid w:val="00850D8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0D8B"/>
    <w:rPr>
      <w:color w:val="605E5C"/>
      <w:shd w:val="clear" w:color="auto" w:fill="E1DFDD"/>
    </w:rPr>
  </w:style>
  <w:style w:type="character" w:customStyle="1" w:styleId="AkapitzlistZnak">
    <w:name w:val="Akapit z listą Znak"/>
    <w:aliases w:val="Lista - wielopoziomowa Znak,lp1 Znak,List Paragraph2 Znak,RR PGE Akapit z listą Znak,Styl 1 Znak"/>
    <w:link w:val="Akapitzlist"/>
    <w:uiPriority w:val="34"/>
    <w:qFormat/>
    <w:locked/>
    <w:rsid w:val="00050F5D"/>
    <w:rPr>
      <w:rFonts w:ascii="Aptos" w:eastAsia="Aptos" w:hAnsi="Aptos"/>
      <w:sz w:val="21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locked/>
    <w:rsid w:val="00015A51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nhideWhenUsed/>
    <w:qFormat/>
    <w:rsid w:val="00015A51"/>
    <w:pPr>
      <w:spacing w:after="0" w:line="240" w:lineRule="auto"/>
    </w:pPr>
    <w:rPr>
      <w:rFonts w:asciiTheme="minorHAnsi" w:eastAsiaTheme="minorEastAsia" w:hAnsiTheme="minorHAnsi"/>
      <w:sz w:val="22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15A51"/>
    <w:rPr>
      <w:rFonts w:ascii="Aptos" w:eastAsia="Aptos" w:hAnsi="Aptos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015A51"/>
    <w:rPr>
      <w:vertAlign w:val="superscript"/>
    </w:rPr>
  </w:style>
  <w:style w:type="paragraph" w:customStyle="1" w:styleId="WW-Tekstpodstawowy3">
    <w:name w:val="WW-Tekst podstawowy 3"/>
    <w:basedOn w:val="Normalny"/>
    <w:uiPriority w:val="99"/>
    <w:rsid w:val="00B94F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Gmina Łaszczów 2</cp:lastModifiedBy>
  <cp:revision>3</cp:revision>
  <cp:lastPrinted>2026-10-09T12:19:00Z</cp:lastPrinted>
  <dcterms:created xsi:type="dcterms:W3CDTF">2026-10-09T12:36:00Z</dcterms:created>
  <dcterms:modified xsi:type="dcterms:W3CDTF">2026-10-09T12:36:00Z</dcterms:modified>
  <cp:category/>
</cp:coreProperties>
</file>